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7A22F7" w14:textId="77777777" w:rsidR="00C41F71" w:rsidRPr="00F265BA" w:rsidRDefault="00000000">
      <w:pPr>
        <w:spacing w:after="80"/>
        <w:jc w:val="center"/>
        <w:rPr>
          <w:rFonts w:ascii="Helvetica Neue" w:hAnsi="Helvetica Neue"/>
          <w:b/>
          <w:bCs/>
          <w:color w:val="002060"/>
        </w:rPr>
      </w:pPr>
      <w:r w:rsidRPr="00F265BA">
        <w:rPr>
          <w:rFonts w:ascii="Helvetica Neue" w:hAnsi="Helvetica Neue"/>
          <w:b/>
          <w:bCs/>
          <w:color w:val="002060"/>
          <w:sz w:val="24"/>
        </w:rPr>
        <w:t>CHESTIONAR CARDIAC PENTRU JUCĂTORII DE RUGBY</w:t>
      </w:r>
    </w:p>
    <w:tbl>
      <w:tblPr>
        <w:tblW w:w="10120" w:type="dxa"/>
        <w:jc w:val="center"/>
        <w:tblLayout w:type="fixed"/>
        <w:tblLook w:val="04A0" w:firstRow="1" w:lastRow="0" w:firstColumn="1" w:lastColumn="0" w:noHBand="0" w:noVBand="1"/>
      </w:tblPr>
      <w:tblGrid>
        <w:gridCol w:w="3400"/>
        <w:gridCol w:w="5100"/>
        <w:gridCol w:w="520"/>
        <w:gridCol w:w="520"/>
        <w:gridCol w:w="580"/>
      </w:tblGrid>
      <w:tr w:rsidR="00C41F71" w:rsidRPr="00F265BA" w14:paraId="0FB6C89D" w14:textId="77777777" w:rsidTr="00521395">
        <w:trPr>
          <w:trHeight w:val="340"/>
          <w:jc w:val="center"/>
        </w:trPr>
        <w:tc>
          <w:tcPr>
            <w:tcW w:w="10120" w:type="dxa"/>
            <w:gridSpan w:val="5"/>
            <w:tcBorders>
              <w:top w:val="single" w:sz="7" w:space="0" w:color="124B9A"/>
              <w:left w:val="single" w:sz="7" w:space="0" w:color="124B9A"/>
              <w:bottom w:val="single" w:sz="7" w:space="0" w:color="124B9A"/>
              <w:right w:val="single" w:sz="7" w:space="0" w:color="124B9A"/>
            </w:tcBorders>
            <w:shd w:val="clear" w:color="auto" w:fill="0070C0"/>
            <w:tcMar>
              <w:top w:w="20" w:type="dxa"/>
              <w:left w:w="70" w:type="dxa"/>
              <w:bottom w:w="20" w:type="dxa"/>
              <w:right w:w="70" w:type="dxa"/>
            </w:tcMar>
            <w:vAlign w:val="center"/>
          </w:tcPr>
          <w:p w14:paraId="669C27FB" w14:textId="77777777" w:rsidR="00C41F71" w:rsidRPr="00F265BA" w:rsidRDefault="00000000">
            <w:pPr>
              <w:rPr>
                <w:rFonts w:ascii="Helvetica Neue" w:hAnsi="Helvetica Neue"/>
                <w:b/>
                <w:bCs/>
              </w:rPr>
            </w:pPr>
            <w:r w:rsidRPr="00F265BA">
              <w:rPr>
                <w:rFonts w:ascii="Helvetica Neue" w:hAnsi="Helvetica Neue"/>
                <w:b/>
                <w:bCs/>
                <w:color w:val="FFFFFF" w:themeColor="background1"/>
                <w:sz w:val="18"/>
              </w:rPr>
              <w:t>DETALII PERSONALE</w:t>
            </w:r>
          </w:p>
        </w:tc>
      </w:tr>
      <w:tr w:rsidR="00C41F71" w:rsidRPr="00F265BA" w14:paraId="48CA6E24" w14:textId="77777777">
        <w:trPr>
          <w:cantSplit/>
          <w:trHeight w:val="425"/>
          <w:jc w:val="center"/>
        </w:trPr>
        <w:tc>
          <w:tcPr>
            <w:tcW w:w="3400" w:type="dxa"/>
            <w:tcMar>
              <w:top w:w="20" w:type="dxa"/>
              <w:left w:w="70" w:type="dxa"/>
              <w:bottom w:w="20" w:type="dxa"/>
              <w:right w:w="70" w:type="dxa"/>
            </w:tcMar>
            <w:vAlign w:val="bottom"/>
          </w:tcPr>
          <w:p w14:paraId="723AEF3F" w14:textId="77777777" w:rsidR="00C41F71" w:rsidRPr="00F265BA" w:rsidRDefault="00000000">
            <w:pPr>
              <w:rPr>
                <w:rFonts w:ascii="Helvetica Neue" w:hAnsi="Helvetica Neue"/>
                <w:b/>
                <w:bCs/>
                <w:sz w:val="18"/>
                <w:szCs w:val="24"/>
              </w:rPr>
            </w:pPr>
            <w:r w:rsidRPr="00F265BA">
              <w:rPr>
                <w:rFonts w:ascii="Helvetica Neue" w:hAnsi="Helvetica Neue"/>
                <w:b/>
                <w:bCs/>
                <w:color w:val="202020"/>
                <w:sz w:val="18"/>
                <w:szCs w:val="24"/>
              </w:rPr>
              <w:t>Numele și prenumele</w:t>
            </w:r>
          </w:p>
        </w:tc>
        <w:tc>
          <w:tcPr>
            <w:tcW w:w="6720" w:type="dxa"/>
            <w:gridSpan w:val="4"/>
            <w:tcMar>
              <w:top w:w="20" w:type="dxa"/>
              <w:left w:w="70" w:type="dxa"/>
              <w:bottom w:w="20" w:type="dxa"/>
              <w:right w:w="70" w:type="dxa"/>
            </w:tcMar>
            <w:vAlign w:val="bottom"/>
          </w:tcPr>
          <w:p w14:paraId="59F93746" w14:textId="77777777" w:rsidR="00C41F71" w:rsidRPr="00F265BA" w:rsidRDefault="00000000">
            <w:pPr>
              <w:pBdr>
                <w:bottom w:val="dotted" w:sz="7" w:space="1" w:color="124B9A"/>
              </w:pBdr>
              <w:rPr>
                <w:rFonts w:ascii="Helvetica Neue" w:hAnsi="Helvetica Neue"/>
                <w:b/>
                <w:bCs/>
              </w:rPr>
            </w:pPr>
            <w:sdt>
              <w:sdtPr>
                <w:rPr>
                  <w:rFonts w:ascii="Helvetica Neue" w:hAnsi="Helvetica Neue"/>
                  <w:b/>
                  <w:bCs/>
                </w:rPr>
                <w:alias w:val="NUME"/>
                <w:tag w:val="NUME"/>
                <w:id w:val="-1296600704"/>
                <w:showingPlcHdr/>
                <w:text/>
              </w:sdtPr>
              <w:sdtContent>
                <w:r w:rsidRPr="00F265BA">
                  <w:rPr>
                    <w:rFonts w:ascii="Helvetica Neue" w:hAnsi="Helvetica Neue"/>
                    <w:b/>
                    <w:bCs/>
                    <w:color w:val="7A7A7A"/>
                    <w:sz w:val="18"/>
                  </w:rPr>
                  <w:t xml:space="preserve"> </w:t>
                </w:r>
              </w:sdtContent>
            </w:sdt>
          </w:p>
        </w:tc>
      </w:tr>
      <w:tr w:rsidR="00C41F71" w:rsidRPr="00F265BA" w14:paraId="282A4A61" w14:textId="77777777">
        <w:trPr>
          <w:cantSplit/>
          <w:trHeight w:val="425"/>
          <w:jc w:val="center"/>
        </w:trPr>
        <w:tc>
          <w:tcPr>
            <w:tcW w:w="3400" w:type="dxa"/>
            <w:tcMar>
              <w:top w:w="20" w:type="dxa"/>
              <w:left w:w="70" w:type="dxa"/>
              <w:bottom w:w="20" w:type="dxa"/>
              <w:right w:w="70" w:type="dxa"/>
            </w:tcMar>
            <w:vAlign w:val="bottom"/>
          </w:tcPr>
          <w:p w14:paraId="18F042A2" w14:textId="77777777" w:rsidR="00C41F71" w:rsidRPr="00F265BA" w:rsidRDefault="00000000">
            <w:pPr>
              <w:rPr>
                <w:rFonts w:ascii="Helvetica Neue" w:hAnsi="Helvetica Neue"/>
                <w:b/>
                <w:bCs/>
                <w:sz w:val="18"/>
                <w:szCs w:val="24"/>
              </w:rPr>
            </w:pPr>
            <w:r w:rsidRPr="00F265BA">
              <w:rPr>
                <w:rFonts w:ascii="Helvetica Neue" w:hAnsi="Helvetica Neue"/>
                <w:b/>
                <w:bCs/>
                <w:color w:val="202020"/>
                <w:sz w:val="18"/>
                <w:szCs w:val="24"/>
              </w:rPr>
              <w:t>Data nașterii</w:t>
            </w:r>
          </w:p>
        </w:tc>
        <w:tc>
          <w:tcPr>
            <w:tcW w:w="6720" w:type="dxa"/>
            <w:gridSpan w:val="4"/>
            <w:tcMar>
              <w:top w:w="20" w:type="dxa"/>
              <w:left w:w="70" w:type="dxa"/>
              <w:bottom w:w="20" w:type="dxa"/>
              <w:right w:w="70" w:type="dxa"/>
            </w:tcMar>
            <w:vAlign w:val="bottom"/>
          </w:tcPr>
          <w:p w14:paraId="5438F560" w14:textId="77777777" w:rsidR="00C41F71" w:rsidRPr="00F265BA" w:rsidRDefault="00000000">
            <w:pPr>
              <w:pBdr>
                <w:bottom w:val="dotted" w:sz="7" w:space="1" w:color="124B9A"/>
              </w:pBdr>
              <w:rPr>
                <w:rFonts w:ascii="Helvetica Neue" w:hAnsi="Helvetica Neue"/>
                <w:b/>
                <w:bCs/>
              </w:rPr>
            </w:pPr>
            <w:sdt>
              <w:sdtPr>
                <w:rPr>
                  <w:rFonts w:ascii="Helvetica Neue" w:hAnsi="Helvetica Neue"/>
                  <w:b/>
                  <w:bCs/>
                </w:rPr>
                <w:alias w:val="DATA_NASTERII"/>
                <w:tag w:val="DATA_NASTERII"/>
                <w:id w:val="-1942299660"/>
                <w:showingPlcHdr/>
                <w:text/>
              </w:sdtPr>
              <w:sdtContent>
                <w:r w:rsidRPr="00F265BA">
                  <w:rPr>
                    <w:rFonts w:ascii="Helvetica Neue" w:hAnsi="Helvetica Neue"/>
                    <w:b/>
                    <w:bCs/>
                    <w:color w:val="7A7A7A"/>
                    <w:sz w:val="18"/>
                  </w:rPr>
                  <w:t xml:space="preserve"> </w:t>
                </w:r>
              </w:sdtContent>
            </w:sdt>
          </w:p>
        </w:tc>
      </w:tr>
      <w:tr w:rsidR="00C41F71" w:rsidRPr="00F265BA" w14:paraId="3E6D5A71" w14:textId="77777777">
        <w:trPr>
          <w:cantSplit/>
          <w:trHeight w:val="510"/>
          <w:jc w:val="center"/>
        </w:trPr>
        <w:tc>
          <w:tcPr>
            <w:tcW w:w="3400" w:type="dxa"/>
            <w:tcMar>
              <w:top w:w="20" w:type="dxa"/>
              <w:left w:w="70" w:type="dxa"/>
              <w:bottom w:w="20" w:type="dxa"/>
              <w:right w:w="70" w:type="dxa"/>
            </w:tcMar>
            <w:vAlign w:val="bottom"/>
          </w:tcPr>
          <w:p w14:paraId="7974314B" w14:textId="77777777" w:rsidR="00C41F71" w:rsidRPr="00F265BA" w:rsidRDefault="00000000">
            <w:pPr>
              <w:rPr>
                <w:rFonts w:ascii="Helvetica Neue" w:hAnsi="Helvetica Neue"/>
                <w:b/>
                <w:bCs/>
                <w:sz w:val="18"/>
                <w:szCs w:val="24"/>
              </w:rPr>
            </w:pPr>
            <w:r w:rsidRPr="00F265BA">
              <w:rPr>
                <w:rFonts w:ascii="Helvetica Neue" w:hAnsi="Helvetica Neue"/>
                <w:b/>
                <w:bCs/>
                <w:color w:val="202020"/>
                <w:sz w:val="18"/>
                <w:szCs w:val="24"/>
              </w:rPr>
              <w:t>Adresa</w:t>
            </w:r>
          </w:p>
        </w:tc>
        <w:tc>
          <w:tcPr>
            <w:tcW w:w="6720" w:type="dxa"/>
            <w:gridSpan w:val="4"/>
            <w:tcMar>
              <w:top w:w="20" w:type="dxa"/>
              <w:left w:w="70" w:type="dxa"/>
              <w:bottom w:w="20" w:type="dxa"/>
              <w:right w:w="70" w:type="dxa"/>
            </w:tcMar>
            <w:vAlign w:val="bottom"/>
          </w:tcPr>
          <w:p w14:paraId="79940414" w14:textId="77777777" w:rsidR="00C41F71" w:rsidRPr="00F265BA" w:rsidRDefault="00000000">
            <w:pPr>
              <w:pBdr>
                <w:bottom w:val="dotted" w:sz="7" w:space="1" w:color="124B9A"/>
              </w:pBdr>
              <w:rPr>
                <w:rFonts w:ascii="Helvetica Neue" w:hAnsi="Helvetica Neue"/>
                <w:b/>
                <w:bCs/>
              </w:rPr>
            </w:pPr>
            <w:sdt>
              <w:sdtPr>
                <w:rPr>
                  <w:rFonts w:ascii="Helvetica Neue" w:hAnsi="Helvetica Neue"/>
                  <w:b/>
                  <w:bCs/>
                </w:rPr>
                <w:alias w:val="ADRESA"/>
                <w:tag w:val="ADRESA"/>
                <w:id w:val="2067063514"/>
                <w:showingPlcHdr/>
                <w:text/>
              </w:sdtPr>
              <w:sdtContent>
                <w:r w:rsidRPr="00F265BA">
                  <w:rPr>
                    <w:rFonts w:ascii="Helvetica Neue" w:hAnsi="Helvetica Neue"/>
                    <w:b/>
                    <w:bCs/>
                    <w:color w:val="7A7A7A"/>
                    <w:sz w:val="18"/>
                  </w:rPr>
                  <w:t xml:space="preserve"> </w:t>
                </w:r>
              </w:sdtContent>
            </w:sdt>
          </w:p>
        </w:tc>
      </w:tr>
      <w:tr w:rsidR="00C41F71" w:rsidRPr="00F265BA" w14:paraId="7D24031B" w14:textId="77777777">
        <w:trPr>
          <w:cantSplit/>
          <w:trHeight w:val="425"/>
          <w:jc w:val="center"/>
        </w:trPr>
        <w:tc>
          <w:tcPr>
            <w:tcW w:w="3400" w:type="dxa"/>
            <w:tcMar>
              <w:top w:w="20" w:type="dxa"/>
              <w:left w:w="70" w:type="dxa"/>
              <w:bottom w:w="20" w:type="dxa"/>
              <w:right w:w="70" w:type="dxa"/>
            </w:tcMar>
            <w:vAlign w:val="bottom"/>
          </w:tcPr>
          <w:p w14:paraId="04337F8A" w14:textId="77777777" w:rsidR="00C41F71" w:rsidRPr="00F265BA" w:rsidRDefault="00000000">
            <w:pPr>
              <w:rPr>
                <w:rFonts w:ascii="Helvetica Neue" w:hAnsi="Helvetica Neue"/>
                <w:b/>
                <w:bCs/>
                <w:sz w:val="18"/>
                <w:szCs w:val="24"/>
              </w:rPr>
            </w:pPr>
            <w:r w:rsidRPr="00F265BA">
              <w:rPr>
                <w:rFonts w:ascii="Helvetica Neue" w:hAnsi="Helvetica Neue"/>
                <w:b/>
                <w:bCs/>
                <w:color w:val="202020"/>
                <w:sz w:val="18"/>
                <w:szCs w:val="24"/>
              </w:rPr>
              <w:t>Număr de contact în caz de urgență</w:t>
            </w:r>
          </w:p>
        </w:tc>
        <w:tc>
          <w:tcPr>
            <w:tcW w:w="6720" w:type="dxa"/>
            <w:gridSpan w:val="4"/>
            <w:tcMar>
              <w:top w:w="20" w:type="dxa"/>
              <w:left w:w="70" w:type="dxa"/>
              <w:bottom w:w="20" w:type="dxa"/>
              <w:right w:w="70" w:type="dxa"/>
            </w:tcMar>
            <w:vAlign w:val="bottom"/>
          </w:tcPr>
          <w:p w14:paraId="46B0867B" w14:textId="77777777" w:rsidR="00C41F71" w:rsidRPr="00F265BA" w:rsidRDefault="00000000">
            <w:pPr>
              <w:pBdr>
                <w:bottom w:val="dotted" w:sz="7" w:space="1" w:color="124B9A"/>
              </w:pBdr>
              <w:rPr>
                <w:rFonts w:ascii="Helvetica Neue" w:hAnsi="Helvetica Neue"/>
                <w:b/>
                <w:bCs/>
              </w:rPr>
            </w:pPr>
            <w:sdt>
              <w:sdtPr>
                <w:rPr>
                  <w:rFonts w:ascii="Helvetica Neue" w:hAnsi="Helvetica Neue"/>
                  <w:b/>
                  <w:bCs/>
                </w:rPr>
                <w:alias w:val="TEL_URGENTA"/>
                <w:tag w:val="TEL_URGENTA"/>
                <w:id w:val="817222606"/>
                <w:showingPlcHdr/>
                <w:text/>
              </w:sdtPr>
              <w:sdtContent>
                <w:r w:rsidRPr="00F265BA">
                  <w:rPr>
                    <w:rFonts w:ascii="Helvetica Neue" w:hAnsi="Helvetica Neue"/>
                    <w:b/>
                    <w:bCs/>
                    <w:color w:val="7A7A7A"/>
                    <w:sz w:val="18"/>
                  </w:rPr>
                  <w:t xml:space="preserve"> </w:t>
                </w:r>
              </w:sdtContent>
            </w:sdt>
          </w:p>
        </w:tc>
      </w:tr>
      <w:tr w:rsidR="00C41F71" w:rsidRPr="00F265BA" w14:paraId="03005E49" w14:textId="77777777">
        <w:trPr>
          <w:cantSplit/>
          <w:trHeight w:val="425"/>
          <w:jc w:val="center"/>
        </w:trPr>
        <w:tc>
          <w:tcPr>
            <w:tcW w:w="3400" w:type="dxa"/>
            <w:tcMar>
              <w:top w:w="20" w:type="dxa"/>
              <w:left w:w="70" w:type="dxa"/>
              <w:bottom w:w="20" w:type="dxa"/>
              <w:right w:w="70" w:type="dxa"/>
            </w:tcMar>
            <w:vAlign w:val="bottom"/>
          </w:tcPr>
          <w:p w14:paraId="69982E9F" w14:textId="77777777" w:rsidR="00C41F71" w:rsidRPr="00F265BA" w:rsidRDefault="00000000">
            <w:pPr>
              <w:rPr>
                <w:rFonts w:ascii="Helvetica Neue" w:hAnsi="Helvetica Neue"/>
                <w:b/>
                <w:bCs/>
                <w:sz w:val="18"/>
                <w:szCs w:val="24"/>
              </w:rPr>
            </w:pPr>
            <w:r w:rsidRPr="00F265BA">
              <w:rPr>
                <w:rFonts w:ascii="Helvetica Neue" w:hAnsi="Helvetica Neue"/>
                <w:b/>
                <w:bCs/>
                <w:color w:val="202020"/>
                <w:sz w:val="18"/>
                <w:szCs w:val="24"/>
              </w:rPr>
              <w:t>Numele persoanei de contact</w:t>
            </w:r>
          </w:p>
        </w:tc>
        <w:tc>
          <w:tcPr>
            <w:tcW w:w="6720" w:type="dxa"/>
            <w:gridSpan w:val="4"/>
            <w:tcMar>
              <w:top w:w="20" w:type="dxa"/>
              <w:left w:w="70" w:type="dxa"/>
              <w:bottom w:w="20" w:type="dxa"/>
              <w:right w:w="70" w:type="dxa"/>
            </w:tcMar>
            <w:vAlign w:val="bottom"/>
          </w:tcPr>
          <w:p w14:paraId="0E4187B8" w14:textId="77777777" w:rsidR="00C41F71" w:rsidRPr="00F265BA" w:rsidRDefault="00000000">
            <w:pPr>
              <w:pBdr>
                <w:bottom w:val="dotted" w:sz="7" w:space="1" w:color="124B9A"/>
              </w:pBdr>
              <w:rPr>
                <w:rFonts w:ascii="Helvetica Neue" w:hAnsi="Helvetica Neue"/>
                <w:b/>
                <w:bCs/>
              </w:rPr>
            </w:pPr>
            <w:sdt>
              <w:sdtPr>
                <w:rPr>
                  <w:rFonts w:ascii="Helvetica Neue" w:hAnsi="Helvetica Neue"/>
                  <w:b/>
                  <w:bCs/>
                </w:rPr>
                <w:alias w:val="PERSOANA_CONTACT"/>
                <w:tag w:val="PERSOANA_CONTACT"/>
                <w:id w:val="-296222800"/>
                <w:showingPlcHdr/>
                <w:text/>
              </w:sdtPr>
              <w:sdtContent>
                <w:r w:rsidRPr="00F265BA">
                  <w:rPr>
                    <w:rFonts w:ascii="Helvetica Neue" w:hAnsi="Helvetica Neue"/>
                    <w:b/>
                    <w:bCs/>
                    <w:color w:val="7A7A7A"/>
                    <w:sz w:val="18"/>
                  </w:rPr>
                  <w:t xml:space="preserve"> </w:t>
                </w:r>
              </w:sdtContent>
            </w:sdt>
          </w:p>
        </w:tc>
      </w:tr>
      <w:tr w:rsidR="00C41F71" w:rsidRPr="00F265BA" w14:paraId="3DDF2C49" w14:textId="77777777">
        <w:trPr>
          <w:cantSplit/>
          <w:trHeight w:val="425"/>
          <w:jc w:val="center"/>
        </w:trPr>
        <w:tc>
          <w:tcPr>
            <w:tcW w:w="3400" w:type="dxa"/>
            <w:tcMar>
              <w:top w:w="20" w:type="dxa"/>
              <w:left w:w="70" w:type="dxa"/>
              <w:bottom w:w="20" w:type="dxa"/>
              <w:right w:w="70" w:type="dxa"/>
            </w:tcMar>
            <w:vAlign w:val="bottom"/>
          </w:tcPr>
          <w:p w14:paraId="402DD216" w14:textId="77777777" w:rsidR="00C41F71" w:rsidRPr="00F265BA" w:rsidRDefault="00000000">
            <w:pPr>
              <w:rPr>
                <w:rFonts w:ascii="Helvetica Neue" w:hAnsi="Helvetica Neue"/>
                <w:b/>
                <w:bCs/>
                <w:sz w:val="18"/>
                <w:szCs w:val="24"/>
              </w:rPr>
            </w:pPr>
            <w:r w:rsidRPr="00F265BA">
              <w:rPr>
                <w:rFonts w:ascii="Helvetica Neue" w:hAnsi="Helvetica Neue"/>
                <w:b/>
                <w:bCs/>
                <w:color w:val="202020"/>
                <w:sz w:val="18"/>
                <w:szCs w:val="24"/>
              </w:rPr>
              <w:t>Legătura cu persoana de contact</w:t>
            </w:r>
          </w:p>
        </w:tc>
        <w:tc>
          <w:tcPr>
            <w:tcW w:w="6720" w:type="dxa"/>
            <w:gridSpan w:val="4"/>
            <w:tcMar>
              <w:top w:w="20" w:type="dxa"/>
              <w:left w:w="70" w:type="dxa"/>
              <w:bottom w:w="20" w:type="dxa"/>
              <w:right w:w="70" w:type="dxa"/>
            </w:tcMar>
            <w:vAlign w:val="bottom"/>
          </w:tcPr>
          <w:p w14:paraId="38E17F58" w14:textId="77777777" w:rsidR="00C41F71" w:rsidRPr="00F265BA" w:rsidRDefault="00000000">
            <w:pPr>
              <w:pBdr>
                <w:bottom w:val="dotted" w:sz="7" w:space="1" w:color="124B9A"/>
              </w:pBdr>
              <w:rPr>
                <w:rFonts w:ascii="Helvetica Neue" w:hAnsi="Helvetica Neue"/>
                <w:b/>
                <w:bCs/>
              </w:rPr>
            </w:pPr>
            <w:sdt>
              <w:sdtPr>
                <w:rPr>
                  <w:rFonts w:ascii="Helvetica Neue" w:hAnsi="Helvetica Neue"/>
                  <w:b/>
                  <w:bCs/>
                </w:rPr>
                <w:alias w:val="RELATIE_CONTACT"/>
                <w:tag w:val="RELATIE_CONTACT"/>
                <w:id w:val="1684004761"/>
                <w:showingPlcHdr/>
                <w:text/>
              </w:sdtPr>
              <w:sdtContent>
                <w:r w:rsidRPr="00F265BA">
                  <w:rPr>
                    <w:rFonts w:ascii="Helvetica Neue" w:hAnsi="Helvetica Neue"/>
                    <w:b/>
                    <w:bCs/>
                    <w:color w:val="7A7A7A"/>
                    <w:sz w:val="18"/>
                  </w:rPr>
                  <w:t xml:space="preserve"> </w:t>
                </w:r>
              </w:sdtContent>
            </w:sdt>
          </w:p>
        </w:tc>
      </w:tr>
      <w:tr w:rsidR="00C41F71" w:rsidRPr="00F265BA" w14:paraId="23A7A92B" w14:textId="77777777" w:rsidTr="00521395">
        <w:trPr>
          <w:trHeight w:val="340"/>
          <w:jc w:val="center"/>
        </w:trPr>
        <w:tc>
          <w:tcPr>
            <w:tcW w:w="10120" w:type="dxa"/>
            <w:gridSpan w:val="5"/>
            <w:tcBorders>
              <w:top w:val="single" w:sz="7" w:space="0" w:color="124B9A"/>
              <w:left w:val="single" w:sz="7" w:space="0" w:color="124B9A"/>
              <w:bottom w:val="single" w:sz="7" w:space="0" w:color="124B9A"/>
              <w:right w:val="single" w:sz="7" w:space="0" w:color="124B9A"/>
            </w:tcBorders>
            <w:shd w:val="clear" w:color="auto" w:fill="0070C0"/>
            <w:tcMar>
              <w:top w:w="20" w:type="dxa"/>
              <w:left w:w="70" w:type="dxa"/>
              <w:bottom w:w="20" w:type="dxa"/>
              <w:right w:w="70" w:type="dxa"/>
            </w:tcMar>
            <w:vAlign w:val="center"/>
          </w:tcPr>
          <w:p w14:paraId="35B2B3C7" w14:textId="77777777" w:rsidR="00C41F71" w:rsidRPr="00F265BA" w:rsidRDefault="00000000">
            <w:pPr>
              <w:rPr>
                <w:rFonts w:ascii="Helvetica Neue" w:hAnsi="Helvetica Neue"/>
                <w:b/>
                <w:bCs/>
                <w:color w:val="FFFFFF" w:themeColor="background1"/>
              </w:rPr>
            </w:pPr>
            <w:r w:rsidRPr="00F265BA">
              <w:rPr>
                <w:rFonts w:ascii="Helvetica Neue" w:hAnsi="Helvetica Neue"/>
                <w:b/>
                <w:bCs/>
                <w:color w:val="FFFFFF" w:themeColor="background1"/>
                <w:sz w:val="18"/>
              </w:rPr>
              <w:t>ISTORIC PERSONAL</w:t>
            </w:r>
          </w:p>
        </w:tc>
      </w:tr>
      <w:tr w:rsidR="00C41F71" w:rsidRPr="00F265BA" w14:paraId="4D2500ED" w14:textId="77777777">
        <w:trPr>
          <w:trHeight w:val="397"/>
          <w:jc w:val="center"/>
        </w:trPr>
        <w:tc>
          <w:tcPr>
            <w:tcW w:w="8500" w:type="dxa"/>
            <w:gridSpan w:val="2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  <w:vAlign w:val="center"/>
          </w:tcPr>
          <w:p w14:paraId="7211A239" w14:textId="77777777" w:rsidR="00C41F71" w:rsidRPr="00F265BA" w:rsidRDefault="00000000">
            <w:pPr>
              <w:rPr>
                <w:rFonts w:ascii="Helvetica Neue" w:hAnsi="Helvetica Neue"/>
                <w:b/>
                <w:bCs/>
                <w:sz w:val="18"/>
                <w:szCs w:val="24"/>
              </w:rPr>
            </w:pPr>
            <w:r w:rsidRPr="00F265BA">
              <w:rPr>
                <w:rFonts w:ascii="Helvetica Neue" w:hAnsi="Helvetica Neue"/>
                <w:b/>
                <w:bCs/>
                <w:color w:val="202020"/>
                <w:sz w:val="18"/>
                <w:szCs w:val="24"/>
              </w:rPr>
              <w:t>Ați avut vreodată următoarele simptome?</w:t>
            </w:r>
          </w:p>
        </w:tc>
        <w:tc>
          <w:tcPr>
            <w:tcW w:w="520" w:type="dxa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  <w:vAlign w:val="center"/>
          </w:tcPr>
          <w:p w14:paraId="2989491D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15"/>
              </w:rPr>
            </w:pPr>
            <w:r w:rsidRPr="00F265BA">
              <w:rPr>
                <w:rFonts w:ascii="Helvetica Neue" w:hAnsi="Helvetica Neue"/>
                <w:b/>
                <w:bCs/>
                <w:color w:val="202020"/>
                <w:sz w:val="15"/>
              </w:rPr>
              <w:t>Da</w:t>
            </w:r>
          </w:p>
        </w:tc>
        <w:tc>
          <w:tcPr>
            <w:tcW w:w="520" w:type="dxa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  <w:vAlign w:val="center"/>
          </w:tcPr>
          <w:p w14:paraId="12C6A04D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15"/>
              </w:rPr>
            </w:pPr>
            <w:r w:rsidRPr="00F265BA">
              <w:rPr>
                <w:rFonts w:ascii="Helvetica Neue" w:hAnsi="Helvetica Neue"/>
                <w:b/>
                <w:bCs/>
                <w:color w:val="202020"/>
                <w:sz w:val="15"/>
              </w:rPr>
              <w:t>Nu</w:t>
            </w:r>
          </w:p>
        </w:tc>
        <w:tc>
          <w:tcPr>
            <w:tcW w:w="580" w:type="dxa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  <w:vAlign w:val="center"/>
          </w:tcPr>
          <w:p w14:paraId="69005761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15"/>
              </w:rPr>
            </w:pPr>
            <w:r w:rsidRPr="00F265BA">
              <w:rPr>
                <w:rFonts w:ascii="Helvetica Neue" w:hAnsi="Helvetica Neue"/>
                <w:b/>
                <w:bCs/>
                <w:color w:val="202020"/>
                <w:sz w:val="15"/>
              </w:rPr>
              <w:t>Nu știu</w:t>
            </w:r>
          </w:p>
        </w:tc>
      </w:tr>
      <w:tr w:rsidR="00C41F71" w:rsidRPr="00F265BA" w14:paraId="77F7CBF6" w14:textId="77777777">
        <w:trPr>
          <w:cantSplit/>
          <w:trHeight w:val="397"/>
          <w:jc w:val="center"/>
        </w:trPr>
        <w:tc>
          <w:tcPr>
            <w:tcW w:w="8500" w:type="dxa"/>
            <w:gridSpan w:val="2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  <w:vAlign w:val="center"/>
          </w:tcPr>
          <w:p w14:paraId="1FA15206" w14:textId="77777777" w:rsidR="00C41F71" w:rsidRPr="00F265BA" w:rsidRDefault="00000000">
            <w:pPr>
              <w:rPr>
                <w:rFonts w:ascii="Helvetica Neue" w:hAnsi="Helvetica Neue"/>
                <w:b/>
                <w:bCs/>
                <w:sz w:val="18"/>
                <w:szCs w:val="24"/>
              </w:rPr>
            </w:pPr>
            <w:r w:rsidRPr="00F265BA">
              <w:rPr>
                <w:rFonts w:ascii="Helvetica Neue" w:hAnsi="Helvetica Neue"/>
                <w:b/>
                <w:bCs/>
                <w:color w:val="202020"/>
                <w:sz w:val="18"/>
                <w:szCs w:val="24"/>
              </w:rPr>
              <w:t>1. Durere în piept în timpul exercițiului fizic</w:t>
            </w:r>
          </w:p>
        </w:tc>
        <w:tc>
          <w:tcPr>
            <w:tcW w:w="520" w:type="dxa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0AD4866D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28"/>
                <w:szCs w:val="52"/>
              </w:rPr>
            </w:pPr>
            <w:sdt>
              <w:sdtPr>
                <w:rPr>
                  <w:rFonts w:ascii="Helvetica Neue" w:hAnsi="Helvetica Neue"/>
                  <w:b/>
                  <w:bCs/>
                  <w:sz w:val="28"/>
                  <w:szCs w:val="52"/>
                </w:rPr>
                <w:alias w:val="Q1_0"/>
                <w:tag w:val="Q1_0"/>
                <w:id w:val="1701968399"/>
                <w:showingPlcHdr/>
                <w:text/>
              </w:sdtPr>
              <w:sdtContent>
                <w:r w:rsidRPr="00F265BA">
                  <w:rPr>
                    <w:rFonts w:ascii="Segoe UI Symbol" w:hAnsi="Segoe UI Symbol" w:cs="Segoe UI Symbol"/>
                    <w:b/>
                    <w:bCs/>
                    <w:color w:val="7A7A7A"/>
                    <w:sz w:val="28"/>
                    <w:szCs w:val="52"/>
                  </w:rPr>
                  <w:t>☐</w:t>
                </w:r>
              </w:sdtContent>
            </w:sdt>
          </w:p>
        </w:tc>
        <w:tc>
          <w:tcPr>
            <w:tcW w:w="520" w:type="dxa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1635B9B3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28"/>
                <w:szCs w:val="52"/>
              </w:rPr>
            </w:pPr>
            <w:sdt>
              <w:sdtPr>
                <w:rPr>
                  <w:rFonts w:ascii="Helvetica Neue" w:hAnsi="Helvetica Neue"/>
                  <w:b/>
                  <w:bCs/>
                  <w:sz w:val="28"/>
                  <w:szCs w:val="52"/>
                </w:rPr>
                <w:alias w:val="Q1_1"/>
                <w:tag w:val="Q1_1"/>
                <w:id w:val="1856532688"/>
                <w:showingPlcHdr/>
                <w:text/>
              </w:sdtPr>
              <w:sdtContent>
                <w:r w:rsidRPr="00F265BA">
                  <w:rPr>
                    <w:rFonts w:ascii="Segoe UI Symbol" w:hAnsi="Segoe UI Symbol" w:cs="Segoe UI Symbol"/>
                    <w:b/>
                    <w:bCs/>
                    <w:color w:val="7A7A7A"/>
                    <w:sz w:val="28"/>
                    <w:szCs w:val="52"/>
                  </w:rPr>
                  <w:t>☐</w:t>
                </w:r>
              </w:sdtContent>
            </w:sdt>
          </w:p>
        </w:tc>
        <w:tc>
          <w:tcPr>
            <w:tcW w:w="580" w:type="dxa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2621C10D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28"/>
                <w:szCs w:val="52"/>
              </w:rPr>
            </w:pPr>
            <w:sdt>
              <w:sdtPr>
                <w:rPr>
                  <w:rFonts w:ascii="Helvetica Neue" w:hAnsi="Helvetica Neue"/>
                  <w:b/>
                  <w:bCs/>
                  <w:sz w:val="28"/>
                  <w:szCs w:val="52"/>
                </w:rPr>
                <w:alias w:val="Q1_2"/>
                <w:tag w:val="Q1_2"/>
                <w:id w:val="921379119"/>
                <w:showingPlcHdr/>
                <w:text/>
              </w:sdtPr>
              <w:sdtContent>
                <w:r w:rsidRPr="00F265BA">
                  <w:rPr>
                    <w:rFonts w:ascii="Segoe UI Symbol" w:hAnsi="Segoe UI Symbol" w:cs="Segoe UI Symbol"/>
                    <w:b/>
                    <w:bCs/>
                    <w:color w:val="7A7A7A"/>
                    <w:sz w:val="28"/>
                    <w:szCs w:val="52"/>
                  </w:rPr>
                  <w:t>☐</w:t>
                </w:r>
              </w:sdtContent>
            </w:sdt>
          </w:p>
        </w:tc>
      </w:tr>
      <w:tr w:rsidR="00C41F71" w:rsidRPr="00F265BA" w14:paraId="09114D3E" w14:textId="77777777">
        <w:trPr>
          <w:cantSplit/>
          <w:trHeight w:val="397"/>
          <w:jc w:val="center"/>
        </w:trPr>
        <w:tc>
          <w:tcPr>
            <w:tcW w:w="8500" w:type="dxa"/>
            <w:gridSpan w:val="2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  <w:vAlign w:val="center"/>
          </w:tcPr>
          <w:p w14:paraId="78589E11" w14:textId="77777777" w:rsidR="00C41F71" w:rsidRPr="00F265BA" w:rsidRDefault="00000000">
            <w:pPr>
              <w:rPr>
                <w:rFonts w:ascii="Helvetica Neue" w:hAnsi="Helvetica Neue"/>
                <w:b/>
                <w:bCs/>
                <w:sz w:val="18"/>
                <w:szCs w:val="24"/>
              </w:rPr>
            </w:pPr>
            <w:r w:rsidRPr="00F265BA">
              <w:rPr>
                <w:rFonts w:ascii="Helvetica Neue" w:hAnsi="Helvetica Neue"/>
                <w:b/>
                <w:bCs/>
                <w:color w:val="202020"/>
                <w:sz w:val="18"/>
                <w:szCs w:val="24"/>
              </w:rPr>
              <w:t>2. Respirație anormală în timpul exercițiului fizic</w:t>
            </w:r>
          </w:p>
        </w:tc>
        <w:tc>
          <w:tcPr>
            <w:tcW w:w="520" w:type="dxa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7AB4DC32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28"/>
                <w:szCs w:val="52"/>
              </w:rPr>
            </w:pPr>
            <w:sdt>
              <w:sdtPr>
                <w:rPr>
                  <w:rFonts w:ascii="Helvetica Neue" w:hAnsi="Helvetica Neue"/>
                  <w:b/>
                  <w:bCs/>
                  <w:sz w:val="28"/>
                  <w:szCs w:val="52"/>
                </w:rPr>
                <w:alias w:val="Q2_0"/>
                <w:tag w:val="Q2_0"/>
                <w:id w:val="-231158606"/>
                <w:showingPlcHdr/>
                <w:text/>
              </w:sdtPr>
              <w:sdtContent>
                <w:r w:rsidRPr="00F265BA">
                  <w:rPr>
                    <w:rFonts w:ascii="Segoe UI Symbol" w:hAnsi="Segoe UI Symbol" w:cs="Segoe UI Symbol"/>
                    <w:b/>
                    <w:bCs/>
                    <w:color w:val="7A7A7A"/>
                    <w:sz w:val="28"/>
                    <w:szCs w:val="52"/>
                  </w:rPr>
                  <w:t>☐</w:t>
                </w:r>
              </w:sdtContent>
            </w:sdt>
          </w:p>
        </w:tc>
        <w:tc>
          <w:tcPr>
            <w:tcW w:w="520" w:type="dxa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07706B45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28"/>
                <w:szCs w:val="52"/>
              </w:rPr>
            </w:pPr>
            <w:sdt>
              <w:sdtPr>
                <w:rPr>
                  <w:rFonts w:ascii="Helvetica Neue" w:hAnsi="Helvetica Neue"/>
                  <w:b/>
                  <w:bCs/>
                  <w:sz w:val="28"/>
                  <w:szCs w:val="52"/>
                </w:rPr>
                <w:alias w:val="Q2_1"/>
                <w:tag w:val="Q2_1"/>
                <w:id w:val="1128280864"/>
                <w:showingPlcHdr/>
                <w:text/>
              </w:sdtPr>
              <w:sdtContent>
                <w:r w:rsidRPr="00F265BA">
                  <w:rPr>
                    <w:rFonts w:ascii="Segoe UI Symbol" w:hAnsi="Segoe UI Symbol" w:cs="Segoe UI Symbol"/>
                    <w:b/>
                    <w:bCs/>
                    <w:color w:val="7A7A7A"/>
                    <w:sz w:val="28"/>
                    <w:szCs w:val="52"/>
                  </w:rPr>
                  <w:t>☐</w:t>
                </w:r>
              </w:sdtContent>
            </w:sdt>
          </w:p>
        </w:tc>
        <w:tc>
          <w:tcPr>
            <w:tcW w:w="580" w:type="dxa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7ECFE857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28"/>
                <w:szCs w:val="52"/>
              </w:rPr>
            </w:pPr>
            <w:sdt>
              <w:sdtPr>
                <w:rPr>
                  <w:rFonts w:ascii="Helvetica Neue" w:hAnsi="Helvetica Neue"/>
                  <w:b/>
                  <w:bCs/>
                  <w:sz w:val="28"/>
                  <w:szCs w:val="52"/>
                </w:rPr>
                <w:alias w:val="Q2_2"/>
                <w:tag w:val="Q2_2"/>
                <w:id w:val="-1414701983"/>
                <w:showingPlcHdr/>
                <w:text/>
              </w:sdtPr>
              <w:sdtContent>
                <w:r w:rsidRPr="00F265BA">
                  <w:rPr>
                    <w:rFonts w:ascii="Segoe UI Symbol" w:hAnsi="Segoe UI Symbol" w:cs="Segoe UI Symbol"/>
                    <w:b/>
                    <w:bCs/>
                    <w:color w:val="7A7A7A"/>
                    <w:sz w:val="28"/>
                    <w:szCs w:val="52"/>
                  </w:rPr>
                  <w:t>☐</w:t>
                </w:r>
              </w:sdtContent>
            </w:sdt>
          </w:p>
        </w:tc>
      </w:tr>
      <w:tr w:rsidR="00C41F71" w:rsidRPr="00F265BA" w14:paraId="63CCC459" w14:textId="77777777">
        <w:trPr>
          <w:cantSplit/>
          <w:trHeight w:val="397"/>
          <w:jc w:val="center"/>
        </w:trPr>
        <w:tc>
          <w:tcPr>
            <w:tcW w:w="8500" w:type="dxa"/>
            <w:gridSpan w:val="2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  <w:vAlign w:val="center"/>
          </w:tcPr>
          <w:p w14:paraId="77CCEBC2" w14:textId="77777777" w:rsidR="00C41F71" w:rsidRPr="00F265BA" w:rsidRDefault="00000000">
            <w:pPr>
              <w:rPr>
                <w:rFonts w:ascii="Helvetica Neue" w:hAnsi="Helvetica Neue"/>
                <w:b/>
                <w:bCs/>
                <w:sz w:val="18"/>
                <w:szCs w:val="24"/>
              </w:rPr>
            </w:pPr>
            <w:r w:rsidRPr="00F265BA">
              <w:rPr>
                <w:rFonts w:ascii="Helvetica Neue" w:hAnsi="Helvetica Neue"/>
                <w:b/>
                <w:bCs/>
                <w:color w:val="202020"/>
                <w:sz w:val="18"/>
                <w:szCs w:val="24"/>
              </w:rPr>
              <w:t>3. Pierderea conștienței sau leșin</w:t>
            </w:r>
          </w:p>
        </w:tc>
        <w:tc>
          <w:tcPr>
            <w:tcW w:w="520" w:type="dxa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0B7D6013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28"/>
                <w:szCs w:val="52"/>
              </w:rPr>
            </w:pPr>
            <w:sdt>
              <w:sdtPr>
                <w:rPr>
                  <w:rFonts w:ascii="Helvetica Neue" w:hAnsi="Helvetica Neue"/>
                  <w:b/>
                  <w:bCs/>
                  <w:sz w:val="28"/>
                  <w:szCs w:val="52"/>
                </w:rPr>
                <w:alias w:val="Q3_0"/>
                <w:tag w:val="Q3_0"/>
                <w:id w:val="1085335185"/>
                <w:showingPlcHdr/>
                <w:text/>
              </w:sdtPr>
              <w:sdtContent>
                <w:r w:rsidRPr="00F265BA">
                  <w:rPr>
                    <w:rFonts w:ascii="Segoe UI Symbol" w:hAnsi="Segoe UI Symbol" w:cs="Segoe UI Symbol"/>
                    <w:b/>
                    <w:bCs/>
                    <w:color w:val="7A7A7A"/>
                    <w:sz w:val="28"/>
                    <w:szCs w:val="52"/>
                  </w:rPr>
                  <w:t>☐</w:t>
                </w:r>
              </w:sdtContent>
            </w:sdt>
          </w:p>
        </w:tc>
        <w:tc>
          <w:tcPr>
            <w:tcW w:w="520" w:type="dxa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63DB7046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28"/>
                <w:szCs w:val="52"/>
              </w:rPr>
            </w:pPr>
            <w:sdt>
              <w:sdtPr>
                <w:rPr>
                  <w:rFonts w:ascii="Helvetica Neue" w:hAnsi="Helvetica Neue"/>
                  <w:b/>
                  <w:bCs/>
                  <w:sz w:val="28"/>
                  <w:szCs w:val="52"/>
                </w:rPr>
                <w:alias w:val="Q3_1"/>
                <w:tag w:val="Q3_1"/>
                <w:id w:val="-1255664136"/>
                <w:showingPlcHdr/>
                <w:text/>
              </w:sdtPr>
              <w:sdtContent>
                <w:r w:rsidRPr="00F265BA">
                  <w:rPr>
                    <w:rFonts w:ascii="Segoe UI Symbol" w:hAnsi="Segoe UI Symbol" w:cs="Segoe UI Symbol"/>
                    <w:b/>
                    <w:bCs/>
                    <w:color w:val="7A7A7A"/>
                    <w:sz w:val="28"/>
                    <w:szCs w:val="52"/>
                  </w:rPr>
                  <w:t>☐</w:t>
                </w:r>
              </w:sdtContent>
            </w:sdt>
          </w:p>
        </w:tc>
        <w:tc>
          <w:tcPr>
            <w:tcW w:w="580" w:type="dxa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746F102F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28"/>
                <w:szCs w:val="52"/>
              </w:rPr>
            </w:pPr>
            <w:sdt>
              <w:sdtPr>
                <w:rPr>
                  <w:rFonts w:ascii="Helvetica Neue" w:hAnsi="Helvetica Neue"/>
                  <w:b/>
                  <w:bCs/>
                  <w:sz w:val="28"/>
                  <w:szCs w:val="52"/>
                </w:rPr>
                <w:alias w:val="Q3_2"/>
                <w:tag w:val="Q3_2"/>
                <w:id w:val="142853070"/>
                <w:showingPlcHdr/>
                <w:text/>
              </w:sdtPr>
              <w:sdtContent>
                <w:r w:rsidRPr="00F265BA">
                  <w:rPr>
                    <w:rFonts w:ascii="Segoe UI Symbol" w:hAnsi="Segoe UI Symbol" w:cs="Segoe UI Symbol"/>
                    <w:b/>
                    <w:bCs/>
                    <w:color w:val="7A7A7A"/>
                    <w:sz w:val="28"/>
                    <w:szCs w:val="52"/>
                  </w:rPr>
                  <w:t>☐</w:t>
                </w:r>
              </w:sdtContent>
            </w:sdt>
          </w:p>
        </w:tc>
      </w:tr>
      <w:tr w:rsidR="00C41F71" w:rsidRPr="00F265BA" w14:paraId="40B1F7BC" w14:textId="77777777">
        <w:trPr>
          <w:cantSplit/>
          <w:trHeight w:val="397"/>
          <w:jc w:val="center"/>
        </w:trPr>
        <w:tc>
          <w:tcPr>
            <w:tcW w:w="8500" w:type="dxa"/>
            <w:gridSpan w:val="2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  <w:vAlign w:val="center"/>
          </w:tcPr>
          <w:p w14:paraId="41956C1D" w14:textId="77777777" w:rsidR="00C41F71" w:rsidRPr="00F265BA" w:rsidRDefault="00000000">
            <w:pPr>
              <w:rPr>
                <w:rFonts w:ascii="Helvetica Neue" w:hAnsi="Helvetica Neue"/>
                <w:b/>
                <w:bCs/>
                <w:sz w:val="18"/>
                <w:szCs w:val="24"/>
              </w:rPr>
            </w:pPr>
            <w:r w:rsidRPr="00F265BA">
              <w:rPr>
                <w:rFonts w:ascii="Helvetica Neue" w:hAnsi="Helvetica Neue"/>
                <w:b/>
                <w:bCs/>
                <w:color w:val="202020"/>
                <w:sz w:val="18"/>
                <w:szCs w:val="24"/>
              </w:rPr>
              <w:t>4. Senzație de leșin</w:t>
            </w:r>
          </w:p>
        </w:tc>
        <w:tc>
          <w:tcPr>
            <w:tcW w:w="520" w:type="dxa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1C616FF3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28"/>
                <w:szCs w:val="52"/>
              </w:rPr>
            </w:pPr>
            <w:sdt>
              <w:sdtPr>
                <w:rPr>
                  <w:rFonts w:ascii="Helvetica Neue" w:hAnsi="Helvetica Neue"/>
                  <w:b/>
                  <w:bCs/>
                  <w:sz w:val="28"/>
                  <w:szCs w:val="52"/>
                </w:rPr>
                <w:alias w:val="Q4_0"/>
                <w:tag w:val="Q4_0"/>
                <w:id w:val="629668741"/>
                <w:showingPlcHdr/>
                <w:text/>
              </w:sdtPr>
              <w:sdtContent>
                <w:r w:rsidRPr="00F265BA">
                  <w:rPr>
                    <w:rFonts w:ascii="Segoe UI Symbol" w:hAnsi="Segoe UI Symbol" w:cs="Segoe UI Symbol"/>
                    <w:b/>
                    <w:bCs/>
                    <w:color w:val="7A7A7A"/>
                    <w:sz w:val="28"/>
                    <w:szCs w:val="52"/>
                  </w:rPr>
                  <w:t>☐</w:t>
                </w:r>
              </w:sdtContent>
            </w:sdt>
          </w:p>
        </w:tc>
        <w:tc>
          <w:tcPr>
            <w:tcW w:w="520" w:type="dxa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611087D4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28"/>
                <w:szCs w:val="52"/>
              </w:rPr>
            </w:pPr>
            <w:sdt>
              <w:sdtPr>
                <w:rPr>
                  <w:rFonts w:ascii="Helvetica Neue" w:hAnsi="Helvetica Neue"/>
                  <w:b/>
                  <w:bCs/>
                  <w:sz w:val="28"/>
                  <w:szCs w:val="52"/>
                </w:rPr>
                <w:alias w:val="Q4_1"/>
                <w:tag w:val="Q4_1"/>
                <w:id w:val="-1939679076"/>
                <w:showingPlcHdr/>
                <w:text/>
              </w:sdtPr>
              <w:sdtContent>
                <w:r w:rsidRPr="00F265BA">
                  <w:rPr>
                    <w:rFonts w:ascii="Segoe UI Symbol" w:hAnsi="Segoe UI Symbol" w:cs="Segoe UI Symbol"/>
                    <w:b/>
                    <w:bCs/>
                    <w:color w:val="7A7A7A"/>
                    <w:sz w:val="28"/>
                    <w:szCs w:val="52"/>
                  </w:rPr>
                  <w:t>☐</w:t>
                </w:r>
              </w:sdtContent>
            </w:sdt>
          </w:p>
        </w:tc>
        <w:tc>
          <w:tcPr>
            <w:tcW w:w="580" w:type="dxa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5237C5F4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28"/>
                <w:szCs w:val="52"/>
              </w:rPr>
            </w:pPr>
            <w:sdt>
              <w:sdtPr>
                <w:rPr>
                  <w:rFonts w:ascii="Helvetica Neue" w:hAnsi="Helvetica Neue"/>
                  <w:b/>
                  <w:bCs/>
                  <w:sz w:val="28"/>
                  <w:szCs w:val="52"/>
                </w:rPr>
                <w:alias w:val="Q4_2"/>
                <w:tag w:val="Q4_2"/>
                <w:id w:val="1055814383"/>
                <w:showingPlcHdr/>
                <w:text/>
              </w:sdtPr>
              <w:sdtContent>
                <w:r w:rsidRPr="00F265BA">
                  <w:rPr>
                    <w:rFonts w:ascii="Segoe UI Symbol" w:hAnsi="Segoe UI Symbol" w:cs="Segoe UI Symbol"/>
                    <w:b/>
                    <w:bCs/>
                    <w:color w:val="7A7A7A"/>
                    <w:sz w:val="28"/>
                    <w:szCs w:val="52"/>
                  </w:rPr>
                  <w:t>☐</w:t>
                </w:r>
              </w:sdtContent>
            </w:sdt>
          </w:p>
        </w:tc>
      </w:tr>
      <w:tr w:rsidR="00C41F71" w:rsidRPr="00F265BA" w14:paraId="7B71088D" w14:textId="77777777">
        <w:trPr>
          <w:cantSplit/>
          <w:trHeight w:val="397"/>
          <w:jc w:val="center"/>
        </w:trPr>
        <w:tc>
          <w:tcPr>
            <w:tcW w:w="8500" w:type="dxa"/>
            <w:gridSpan w:val="2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  <w:vAlign w:val="center"/>
          </w:tcPr>
          <w:p w14:paraId="0679B5D3" w14:textId="77777777" w:rsidR="00C41F71" w:rsidRPr="00F265BA" w:rsidRDefault="00000000">
            <w:pPr>
              <w:rPr>
                <w:rFonts w:ascii="Helvetica Neue" w:hAnsi="Helvetica Neue"/>
                <w:b/>
                <w:bCs/>
                <w:sz w:val="18"/>
                <w:szCs w:val="24"/>
              </w:rPr>
            </w:pPr>
            <w:r w:rsidRPr="00F265BA">
              <w:rPr>
                <w:rFonts w:ascii="Helvetica Neue" w:hAnsi="Helvetica Neue"/>
                <w:b/>
                <w:bCs/>
                <w:color w:val="202020"/>
                <w:sz w:val="18"/>
                <w:szCs w:val="24"/>
              </w:rPr>
              <w:t>5. Palpitații, bătăi rapide sau neregulate ale inimii (mai mult de 2 secunde)</w:t>
            </w:r>
          </w:p>
        </w:tc>
        <w:tc>
          <w:tcPr>
            <w:tcW w:w="520" w:type="dxa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064120EB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28"/>
                <w:szCs w:val="52"/>
              </w:rPr>
            </w:pPr>
            <w:sdt>
              <w:sdtPr>
                <w:rPr>
                  <w:rFonts w:ascii="Helvetica Neue" w:hAnsi="Helvetica Neue"/>
                  <w:b/>
                  <w:bCs/>
                  <w:sz w:val="28"/>
                  <w:szCs w:val="52"/>
                </w:rPr>
                <w:alias w:val="Q5_0"/>
                <w:tag w:val="Q5_0"/>
                <w:id w:val="-1532338793"/>
                <w:showingPlcHdr/>
                <w:text/>
              </w:sdtPr>
              <w:sdtContent>
                <w:r w:rsidRPr="00F265BA">
                  <w:rPr>
                    <w:rFonts w:ascii="Segoe UI Symbol" w:hAnsi="Segoe UI Symbol" w:cs="Segoe UI Symbol"/>
                    <w:b/>
                    <w:bCs/>
                    <w:color w:val="7A7A7A"/>
                    <w:sz w:val="28"/>
                    <w:szCs w:val="52"/>
                  </w:rPr>
                  <w:t>☐</w:t>
                </w:r>
              </w:sdtContent>
            </w:sdt>
          </w:p>
        </w:tc>
        <w:tc>
          <w:tcPr>
            <w:tcW w:w="520" w:type="dxa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0B9892DE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28"/>
                <w:szCs w:val="52"/>
              </w:rPr>
            </w:pPr>
            <w:sdt>
              <w:sdtPr>
                <w:rPr>
                  <w:rFonts w:ascii="Helvetica Neue" w:hAnsi="Helvetica Neue"/>
                  <w:b/>
                  <w:bCs/>
                  <w:sz w:val="28"/>
                  <w:szCs w:val="52"/>
                </w:rPr>
                <w:alias w:val="Q5_1"/>
                <w:tag w:val="Q5_1"/>
                <w:id w:val="-1283035859"/>
                <w:showingPlcHdr/>
                <w:text/>
              </w:sdtPr>
              <w:sdtContent>
                <w:r w:rsidRPr="00F265BA">
                  <w:rPr>
                    <w:rFonts w:ascii="Segoe UI Symbol" w:hAnsi="Segoe UI Symbol" w:cs="Segoe UI Symbol"/>
                    <w:b/>
                    <w:bCs/>
                    <w:color w:val="7A7A7A"/>
                    <w:sz w:val="28"/>
                    <w:szCs w:val="52"/>
                  </w:rPr>
                  <w:t>☐</w:t>
                </w:r>
              </w:sdtContent>
            </w:sdt>
          </w:p>
        </w:tc>
        <w:tc>
          <w:tcPr>
            <w:tcW w:w="580" w:type="dxa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77470AAA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28"/>
                <w:szCs w:val="52"/>
              </w:rPr>
            </w:pPr>
            <w:sdt>
              <w:sdtPr>
                <w:rPr>
                  <w:rFonts w:ascii="Helvetica Neue" w:hAnsi="Helvetica Neue"/>
                  <w:b/>
                  <w:bCs/>
                  <w:sz w:val="28"/>
                  <w:szCs w:val="52"/>
                </w:rPr>
                <w:alias w:val="Q5_2"/>
                <w:tag w:val="Q5_2"/>
                <w:id w:val="-1128619359"/>
                <w:showingPlcHdr/>
                <w:text/>
              </w:sdtPr>
              <w:sdtContent>
                <w:r w:rsidRPr="00F265BA">
                  <w:rPr>
                    <w:rFonts w:ascii="Segoe UI Symbol" w:hAnsi="Segoe UI Symbol" w:cs="Segoe UI Symbol"/>
                    <w:b/>
                    <w:bCs/>
                    <w:color w:val="7A7A7A"/>
                    <w:sz w:val="28"/>
                    <w:szCs w:val="52"/>
                  </w:rPr>
                  <w:t>☐</w:t>
                </w:r>
              </w:sdtContent>
            </w:sdt>
          </w:p>
        </w:tc>
      </w:tr>
    </w:tbl>
    <w:p w14:paraId="3A61FF89" w14:textId="77777777" w:rsidR="00C41F71" w:rsidRPr="00F265BA" w:rsidRDefault="00000000">
      <w:pPr>
        <w:spacing w:before="20" w:after="20"/>
        <w:rPr>
          <w:rFonts w:ascii="Helvetica Neue" w:hAnsi="Helvetica Neue"/>
          <w:b/>
          <w:bCs/>
          <w:sz w:val="15"/>
          <w:szCs w:val="24"/>
        </w:rPr>
      </w:pPr>
      <w:r w:rsidRPr="00F265BA">
        <w:rPr>
          <w:rFonts w:ascii="Helvetica Neue" w:hAnsi="Helvetica Neue"/>
          <w:b/>
          <w:bCs/>
          <w:color w:val="183B56"/>
          <w:sz w:val="18"/>
          <w:szCs w:val="24"/>
        </w:rPr>
        <w:t>Vi s-a spus vreodată că aveți:</w:t>
      </w:r>
    </w:p>
    <w:tbl>
      <w:tblPr>
        <w:tblW w:w="10120" w:type="dxa"/>
        <w:jc w:val="center"/>
        <w:tblLayout w:type="fixed"/>
        <w:tblLook w:val="04A0" w:firstRow="1" w:lastRow="0" w:firstColumn="1" w:lastColumn="0" w:noHBand="0" w:noVBand="1"/>
      </w:tblPr>
      <w:tblGrid>
        <w:gridCol w:w="3133"/>
        <w:gridCol w:w="5367"/>
        <w:gridCol w:w="520"/>
        <w:gridCol w:w="520"/>
        <w:gridCol w:w="430"/>
        <w:gridCol w:w="150"/>
      </w:tblGrid>
      <w:tr w:rsidR="00C41F71" w:rsidRPr="00F265BA" w14:paraId="300712A3" w14:textId="77777777" w:rsidTr="007649DC">
        <w:trPr>
          <w:trHeight w:val="397"/>
          <w:jc w:val="center"/>
        </w:trPr>
        <w:tc>
          <w:tcPr>
            <w:tcW w:w="8500" w:type="dxa"/>
            <w:gridSpan w:val="2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  <w:vAlign w:val="center"/>
          </w:tcPr>
          <w:p w14:paraId="5C94FD6A" w14:textId="77777777" w:rsidR="00C41F71" w:rsidRPr="00F265BA" w:rsidRDefault="00000000">
            <w:pPr>
              <w:rPr>
                <w:rFonts w:ascii="Helvetica Neue" w:hAnsi="Helvetica Neue"/>
                <w:b/>
                <w:bCs/>
                <w:sz w:val="18"/>
                <w:szCs w:val="24"/>
              </w:rPr>
            </w:pPr>
            <w:proofErr w:type="spellStart"/>
            <w:r w:rsidRPr="00F265BA">
              <w:rPr>
                <w:rFonts w:ascii="Helvetica Neue" w:hAnsi="Helvetica Neue"/>
                <w:b/>
                <w:bCs/>
                <w:color w:val="202020"/>
                <w:sz w:val="18"/>
                <w:szCs w:val="24"/>
              </w:rPr>
              <w:t>Afecțiune</w:t>
            </w:r>
            <w:proofErr w:type="spellEnd"/>
            <w:r w:rsidRPr="00F265BA">
              <w:rPr>
                <w:rFonts w:ascii="Helvetica Neue" w:hAnsi="Helvetica Neue"/>
                <w:b/>
                <w:bCs/>
                <w:color w:val="202020"/>
                <w:sz w:val="18"/>
                <w:szCs w:val="24"/>
              </w:rPr>
              <w:t xml:space="preserve"> / diagnostic</w:t>
            </w:r>
          </w:p>
        </w:tc>
        <w:tc>
          <w:tcPr>
            <w:tcW w:w="520" w:type="dxa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  <w:vAlign w:val="center"/>
          </w:tcPr>
          <w:p w14:paraId="5ACAB2C2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</w:rPr>
            </w:pPr>
            <w:r w:rsidRPr="00F265BA">
              <w:rPr>
                <w:rFonts w:ascii="Helvetica Neue" w:hAnsi="Helvetica Neue"/>
                <w:b/>
                <w:bCs/>
                <w:color w:val="202020"/>
                <w:sz w:val="15"/>
              </w:rPr>
              <w:t>Da</w:t>
            </w:r>
          </w:p>
        </w:tc>
        <w:tc>
          <w:tcPr>
            <w:tcW w:w="520" w:type="dxa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  <w:vAlign w:val="center"/>
          </w:tcPr>
          <w:p w14:paraId="2D38A1DB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</w:rPr>
            </w:pPr>
            <w:r w:rsidRPr="00F265BA">
              <w:rPr>
                <w:rFonts w:ascii="Helvetica Neue" w:hAnsi="Helvetica Neue"/>
                <w:b/>
                <w:bCs/>
                <w:color w:val="202020"/>
                <w:sz w:val="15"/>
              </w:rPr>
              <w:t>Nu</w:t>
            </w:r>
          </w:p>
        </w:tc>
        <w:tc>
          <w:tcPr>
            <w:tcW w:w="580" w:type="dxa"/>
            <w:gridSpan w:val="2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  <w:vAlign w:val="center"/>
          </w:tcPr>
          <w:p w14:paraId="70A61F2E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</w:rPr>
            </w:pPr>
            <w:r w:rsidRPr="00F265BA">
              <w:rPr>
                <w:rFonts w:ascii="Helvetica Neue" w:hAnsi="Helvetica Neue"/>
                <w:b/>
                <w:bCs/>
                <w:color w:val="202020"/>
                <w:sz w:val="15"/>
              </w:rPr>
              <w:t xml:space="preserve">Nu </w:t>
            </w:r>
            <w:proofErr w:type="spellStart"/>
            <w:r w:rsidRPr="00F265BA">
              <w:rPr>
                <w:rFonts w:ascii="Helvetica Neue" w:hAnsi="Helvetica Neue"/>
                <w:b/>
                <w:bCs/>
                <w:color w:val="202020"/>
                <w:sz w:val="15"/>
              </w:rPr>
              <w:t>știu</w:t>
            </w:r>
            <w:proofErr w:type="spellEnd"/>
          </w:p>
        </w:tc>
      </w:tr>
      <w:tr w:rsidR="00C41F71" w:rsidRPr="00F265BA" w14:paraId="55865E94" w14:textId="77777777" w:rsidTr="007649DC">
        <w:trPr>
          <w:cantSplit/>
          <w:trHeight w:val="397"/>
          <w:jc w:val="center"/>
        </w:trPr>
        <w:tc>
          <w:tcPr>
            <w:tcW w:w="8500" w:type="dxa"/>
            <w:gridSpan w:val="2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  <w:vAlign w:val="center"/>
          </w:tcPr>
          <w:p w14:paraId="1A62B27C" w14:textId="77777777" w:rsidR="00C41F71" w:rsidRPr="00F265BA" w:rsidRDefault="00000000">
            <w:pPr>
              <w:rPr>
                <w:rFonts w:ascii="Helvetica Neue" w:hAnsi="Helvetica Neue"/>
                <w:b/>
                <w:bCs/>
                <w:sz w:val="18"/>
                <w:szCs w:val="24"/>
              </w:rPr>
            </w:pPr>
            <w:r w:rsidRPr="00F265BA">
              <w:rPr>
                <w:rFonts w:ascii="Helvetica Neue" w:hAnsi="Helvetica Neue"/>
                <w:b/>
                <w:bCs/>
                <w:color w:val="202020"/>
                <w:sz w:val="18"/>
                <w:szCs w:val="24"/>
              </w:rPr>
              <w:t xml:space="preserve">6. </w:t>
            </w:r>
            <w:proofErr w:type="spellStart"/>
            <w:r w:rsidRPr="00F265BA">
              <w:rPr>
                <w:rFonts w:ascii="Helvetica Neue" w:hAnsi="Helvetica Neue"/>
                <w:b/>
                <w:bCs/>
                <w:color w:val="202020"/>
                <w:sz w:val="18"/>
                <w:szCs w:val="24"/>
              </w:rPr>
              <w:t>Suflu</w:t>
            </w:r>
            <w:proofErr w:type="spellEnd"/>
            <w:r w:rsidRPr="00F265BA">
              <w:rPr>
                <w:rFonts w:ascii="Helvetica Neue" w:hAnsi="Helvetica Neue"/>
                <w:b/>
                <w:bCs/>
                <w:color w:val="202020"/>
                <w:sz w:val="18"/>
                <w:szCs w:val="24"/>
              </w:rPr>
              <w:t xml:space="preserve"> cardiac</w:t>
            </w:r>
          </w:p>
        </w:tc>
        <w:tc>
          <w:tcPr>
            <w:tcW w:w="520" w:type="dxa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57660C86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28"/>
                <w:szCs w:val="44"/>
              </w:rPr>
            </w:pPr>
            <w:sdt>
              <w:sdtPr>
                <w:rPr>
                  <w:rFonts w:ascii="Helvetica Neue" w:hAnsi="Helvetica Neue"/>
                  <w:b/>
                  <w:bCs/>
                  <w:sz w:val="28"/>
                  <w:szCs w:val="44"/>
                </w:rPr>
                <w:alias w:val="Q6_0"/>
                <w:tag w:val="Q6_0"/>
                <w:id w:val="1350602748"/>
                <w:showingPlcHdr/>
                <w:text/>
              </w:sdtPr>
              <w:sdtContent>
                <w:r w:rsidRPr="00F265BA">
                  <w:rPr>
                    <w:rFonts w:ascii="Segoe UI Symbol" w:hAnsi="Segoe UI Symbol" w:cs="Segoe UI Symbol"/>
                    <w:b/>
                    <w:bCs/>
                    <w:color w:val="7A7A7A"/>
                    <w:sz w:val="28"/>
                    <w:szCs w:val="44"/>
                  </w:rPr>
                  <w:t>☐</w:t>
                </w:r>
              </w:sdtContent>
            </w:sdt>
          </w:p>
        </w:tc>
        <w:tc>
          <w:tcPr>
            <w:tcW w:w="520" w:type="dxa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00FB437B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28"/>
                <w:szCs w:val="44"/>
              </w:rPr>
            </w:pPr>
            <w:sdt>
              <w:sdtPr>
                <w:rPr>
                  <w:rFonts w:ascii="Helvetica Neue" w:hAnsi="Helvetica Neue"/>
                  <w:b/>
                  <w:bCs/>
                  <w:sz w:val="28"/>
                  <w:szCs w:val="44"/>
                </w:rPr>
                <w:alias w:val="Q6_1"/>
                <w:tag w:val="Q6_1"/>
                <w:id w:val="375580758"/>
                <w:showingPlcHdr/>
                <w:text/>
              </w:sdtPr>
              <w:sdtContent>
                <w:r w:rsidRPr="00F265BA">
                  <w:rPr>
                    <w:rFonts w:ascii="Segoe UI Symbol" w:hAnsi="Segoe UI Symbol" w:cs="Segoe UI Symbol"/>
                    <w:b/>
                    <w:bCs/>
                    <w:color w:val="7A7A7A"/>
                    <w:sz w:val="28"/>
                    <w:szCs w:val="44"/>
                  </w:rPr>
                  <w:t>☐</w:t>
                </w:r>
              </w:sdtContent>
            </w:sdt>
          </w:p>
        </w:tc>
        <w:tc>
          <w:tcPr>
            <w:tcW w:w="580" w:type="dxa"/>
            <w:gridSpan w:val="2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42586E25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28"/>
                <w:szCs w:val="44"/>
              </w:rPr>
            </w:pPr>
            <w:sdt>
              <w:sdtPr>
                <w:rPr>
                  <w:rFonts w:ascii="Helvetica Neue" w:hAnsi="Helvetica Neue"/>
                  <w:b/>
                  <w:bCs/>
                  <w:sz w:val="28"/>
                  <w:szCs w:val="44"/>
                </w:rPr>
                <w:alias w:val="Q6_2"/>
                <w:tag w:val="Q6_2"/>
                <w:id w:val="-1546367712"/>
                <w:showingPlcHdr/>
                <w:text/>
              </w:sdtPr>
              <w:sdtContent>
                <w:r w:rsidRPr="00F265BA">
                  <w:rPr>
                    <w:rFonts w:ascii="Segoe UI Symbol" w:hAnsi="Segoe UI Symbol" w:cs="Segoe UI Symbol"/>
                    <w:b/>
                    <w:bCs/>
                    <w:color w:val="7A7A7A"/>
                    <w:sz w:val="28"/>
                    <w:szCs w:val="44"/>
                  </w:rPr>
                  <w:t>☐</w:t>
                </w:r>
              </w:sdtContent>
            </w:sdt>
          </w:p>
        </w:tc>
      </w:tr>
      <w:tr w:rsidR="00C41F71" w:rsidRPr="00F265BA" w14:paraId="706B8DFF" w14:textId="77777777" w:rsidTr="007649DC">
        <w:trPr>
          <w:cantSplit/>
          <w:trHeight w:val="397"/>
          <w:jc w:val="center"/>
        </w:trPr>
        <w:tc>
          <w:tcPr>
            <w:tcW w:w="8500" w:type="dxa"/>
            <w:gridSpan w:val="2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  <w:vAlign w:val="center"/>
          </w:tcPr>
          <w:p w14:paraId="1EE7309B" w14:textId="77777777" w:rsidR="00C41F71" w:rsidRPr="00F265BA" w:rsidRDefault="00000000">
            <w:pPr>
              <w:rPr>
                <w:rFonts w:ascii="Helvetica Neue" w:hAnsi="Helvetica Neue"/>
                <w:b/>
                <w:bCs/>
                <w:sz w:val="18"/>
                <w:szCs w:val="24"/>
              </w:rPr>
            </w:pPr>
            <w:r w:rsidRPr="00F265BA">
              <w:rPr>
                <w:rFonts w:ascii="Helvetica Neue" w:hAnsi="Helvetica Neue"/>
                <w:b/>
                <w:bCs/>
                <w:color w:val="202020"/>
                <w:sz w:val="18"/>
                <w:szCs w:val="24"/>
              </w:rPr>
              <w:t xml:space="preserve">7. </w:t>
            </w:r>
            <w:proofErr w:type="spellStart"/>
            <w:r w:rsidRPr="00F265BA">
              <w:rPr>
                <w:rFonts w:ascii="Helvetica Neue" w:hAnsi="Helvetica Neue"/>
                <w:b/>
                <w:bCs/>
                <w:color w:val="202020"/>
                <w:sz w:val="18"/>
                <w:szCs w:val="24"/>
              </w:rPr>
              <w:t>Hipertensiune</w:t>
            </w:r>
            <w:proofErr w:type="spellEnd"/>
            <w:r w:rsidRPr="00F265BA">
              <w:rPr>
                <w:rFonts w:ascii="Helvetica Neue" w:hAnsi="Helvetica Neue"/>
                <w:b/>
                <w:bCs/>
                <w:color w:val="202020"/>
                <w:sz w:val="18"/>
                <w:szCs w:val="24"/>
              </w:rPr>
              <w:t xml:space="preserve"> </w:t>
            </w:r>
            <w:proofErr w:type="spellStart"/>
            <w:r w:rsidRPr="00F265BA">
              <w:rPr>
                <w:rFonts w:ascii="Helvetica Neue" w:hAnsi="Helvetica Neue"/>
                <w:b/>
                <w:bCs/>
                <w:color w:val="202020"/>
                <w:sz w:val="18"/>
                <w:szCs w:val="24"/>
              </w:rPr>
              <w:t>arterială</w:t>
            </w:r>
            <w:proofErr w:type="spellEnd"/>
          </w:p>
        </w:tc>
        <w:tc>
          <w:tcPr>
            <w:tcW w:w="520" w:type="dxa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26405FCF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28"/>
                <w:szCs w:val="44"/>
              </w:rPr>
            </w:pPr>
            <w:sdt>
              <w:sdtPr>
                <w:rPr>
                  <w:rFonts w:ascii="Helvetica Neue" w:hAnsi="Helvetica Neue"/>
                  <w:b/>
                  <w:bCs/>
                  <w:sz w:val="28"/>
                  <w:szCs w:val="44"/>
                </w:rPr>
                <w:alias w:val="Q7_0"/>
                <w:tag w:val="Q7_0"/>
                <w:id w:val="117727224"/>
                <w:showingPlcHdr/>
                <w:text/>
              </w:sdtPr>
              <w:sdtContent>
                <w:r w:rsidRPr="00F265BA">
                  <w:rPr>
                    <w:rFonts w:ascii="Segoe UI Symbol" w:hAnsi="Segoe UI Symbol" w:cs="Segoe UI Symbol"/>
                    <w:b/>
                    <w:bCs/>
                    <w:color w:val="7A7A7A"/>
                    <w:sz w:val="28"/>
                    <w:szCs w:val="44"/>
                  </w:rPr>
                  <w:t>☐</w:t>
                </w:r>
              </w:sdtContent>
            </w:sdt>
          </w:p>
        </w:tc>
        <w:tc>
          <w:tcPr>
            <w:tcW w:w="520" w:type="dxa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0EA85634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28"/>
                <w:szCs w:val="44"/>
              </w:rPr>
            </w:pPr>
            <w:sdt>
              <w:sdtPr>
                <w:rPr>
                  <w:rFonts w:ascii="Helvetica Neue" w:hAnsi="Helvetica Neue"/>
                  <w:b/>
                  <w:bCs/>
                  <w:sz w:val="28"/>
                  <w:szCs w:val="44"/>
                </w:rPr>
                <w:alias w:val="Q7_1"/>
                <w:tag w:val="Q7_1"/>
                <w:id w:val="321775717"/>
                <w:showingPlcHdr/>
                <w:text/>
              </w:sdtPr>
              <w:sdtContent>
                <w:r w:rsidRPr="00F265BA">
                  <w:rPr>
                    <w:rFonts w:ascii="Segoe UI Symbol" w:hAnsi="Segoe UI Symbol" w:cs="Segoe UI Symbol"/>
                    <w:b/>
                    <w:bCs/>
                    <w:color w:val="7A7A7A"/>
                    <w:sz w:val="28"/>
                    <w:szCs w:val="44"/>
                  </w:rPr>
                  <w:t>☐</w:t>
                </w:r>
              </w:sdtContent>
            </w:sdt>
          </w:p>
        </w:tc>
        <w:tc>
          <w:tcPr>
            <w:tcW w:w="580" w:type="dxa"/>
            <w:gridSpan w:val="2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6AFFBFBC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28"/>
                <w:szCs w:val="44"/>
              </w:rPr>
            </w:pPr>
            <w:sdt>
              <w:sdtPr>
                <w:rPr>
                  <w:rFonts w:ascii="Helvetica Neue" w:hAnsi="Helvetica Neue"/>
                  <w:b/>
                  <w:bCs/>
                  <w:sz w:val="28"/>
                  <w:szCs w:val="44"/>
                </w:rPr>
                <w:alias w:val="Q7_2"/>
                <w:tag w:val="Q7_2"/>
                <w:id w:val="-958412006"/>
                <w:showingPlcHdr/>
                <w:text/>
              </w:sdtPr>
              <w:sdtContent>
                <w:r w:rsidRPr="00F265BA">
                  <w:rPr>
                    <w:rFonts w:ascii="Segoe UI Symbol" w:hAnsi="Segoe UI Symbol" w:cs="Segoe UI Symbol"/>
                    <w:b/>
                    <w:bCs/>
                    <w:color w:val="7A7A7A"/>
                    <w:sz w:val="28"/>
                    <w:szCs w:val="44"/>
                  </w:rPr>
                  <w:t>☐</w:t>
                </w:r>
              </w:sdtContent>
            </w:sdt>
          </w:p>
        </w:tc>
      </w:tr>
      <w:tr w:rsidR="00C41F71" w:rsidRPr="00F265BA" w14:paraId="5941BBF3" w14:textId="77777777" w:rsidTr="007649DC">
        <w:trPr>
          <w:cantSplit/>
          <w:trHeight w:val="397"/>
          <w:jc w:val="center"/>
        </w:trPr>
        <w:tc>
          <w:tcPr>
            <w:tcW w:w="8500" w:type="dxa"/>
            <w:gridSpan w:val="2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  <w:vAlign w:val="center"/>
          </w:tcPr>
          <w:p w14:paraId="693375D5" w14:textId="77777777" w:rsidR="00C41F71" w:rsidRPr="00F265BA" w:rsidRDefault="00000000">
            <w:pPr>
              <w:rPr>
                <w:rFonts w:ascii="Helvetica Neue" w:hAnsi="Helvetica Neue"/>
                <w:b/>
                <w:bCs/>
                <w:sz w:val="18"/>
                <w:szCs w:val="24"/>
              </w:rPr>
            </w:pPr>
            <w:r w:rsidRPr="00F265BA">
              <w:rPr>
                <w:rFonts w:ascii="Helvetica Neue" w:hAnsi="Helvetica Neue"/>
                <w:b/>
                <w:bCs/>
                <w:color w:val="202020"/>
                <w:sz w:val="18"/>
                <w:szCs w:val="24"/>
              </w:rPr>
              <w:t xml:space="preserve">8. </w:t>
            </w:r>
            <w:proofErr w:type="spellStart"/>
            <w:r w:rsidRPr="00F265BA">
              <w:rPr>
                <w:rFonts w:ascii="Helvetica Neue" w:hAnsi="Helvetica Neue"/>
                <w:b/>
                <w:bCs/>
                <w:color w:val="202020"/>
                <w:sz w:val="18"/>
                <w:szCs w:val="24"/>
              </w:rPr>
              <w:t>Astm</w:t>
            </w:r>
            <w:proofErr w:type="spellEnd"/>
            <w:r w:rsidRPr="00F265BA">
              <w:rPr>
                <w:rFonts w:ascii="Helvetica Neue" w:hAnsi="Helvetica Neue"/>
                <w:b/>
                <w:bCs/>
                <w:color w:val="202020"/>
                <w:sz w:val="18"/>
                <w:szCs w:val="24"/>
              </w:rPr>
              <w:t xml:space="preserve"> </w:t>
            </w:r>
            <w:proofErr w:type="spellStart"/>
            <w:r w:rsidRPr="00F265BA">
              <w:rPr>
                <w:rFonts w:ascii="Helvetica Neue" w:hAnsi="Helvetica Neue"/>
                <w:b/>
                <w:bCs/>
                <w:color w:val="202020"/>
                <w:sz w:val="18"/>
                <w:szCs w:val="24"/>
              </w:rPr>
              <w:t>bronșic</w:t>
            </w:r>
            <w:proofErr w:type="spellEnd"/>
          </w:p>
        </w:tc>
        <w:tc>
          <w:tcPr>
            <w:tcW w:w="520" w:type="dxa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763C5281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28"/>
                <w:szCs w:val="44"/>
              </w:rPr>
            </w:pPr>
            <w:sdt>
              <w:sdtPr>
                <w:rPr>
                  <w:rFonts w:ascii="Helvetica Neue" w:hAnsi="Helvetica Neue"/>
                  <w:b/>
                  <w:bCs/>
                  <w:sz w:val="28"/>
                  <w:szCs w:val="44"/>
                </w:rPr>
                <w:alias w:val="Q8_0"/>
                <w:tag w:val="Q8_0"/>
                <w:id w:val="513577472"/>
                <w:showingPlcHdr/>
                <w:text/>
              </w:sdtPr>
              <w:sdtContent>
                <w:r w:rsidRPr="00F265BA">
                  <w:rPr>
                    <w:rFonts w:ascii="Segoe UI Symbol" w:hAnsi="Segoe UI Symbol" w:cs="Segoe UI Symbol"/>
                    <w:b/>
                    <w:bCs/>
                    <w:color w:val="7A7A7A"/>
                    <w:sz w:val="28"/>
                    <w:szCs w:val="44"/>
                  </w:rPr>
                  <w:t>☐</w:t>
                </w:r>
              </w:sdtContent>
            </w:sdt>
          </w:p>
        </w:tc>
        <w:tc>
          <w:tcPr>
            <w:tcW w:w="520" w:type="dxa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03360ECF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28"/>
                <w:szCs w:val="44"/>
              </w:rPr>
            </w:pPr>
            <w:sdt>
              <w:sdtPr>
                <w:rPr>
                  <w:rFonts w:ascii="Helvetica Neue" w:hAnsi="Helvetica Neue"/>
                  <w:b/>
                  <w:bCs/>
                  <w:sz w:val="28"/>
                  <w:szCs w:val="44"/>
                </w:rPr>
                <w:alias w:val="Q8_1"/>
                <w:tag w:val="Q8_1"/>
                <w:id w:val="1898086482"/>
                <w:showingPlcHdr/>
                <w:text/>
              </w:sdtPr>
              <w:sdtContent>
                <w:r w:rsidRPr="00F265BA">
                  <w:rPr>
                    <w:rFonts w:ascii="Segoe UI Symbol" w:hAnsi="Segoe UI Symbol" w:cs="Segoe UI Symbol"/>
                    <w:b/>
                    <w:bCs/>
                    <w:color w:val="7A7A7A"/>
                    <w:sz w:val="28"/>
                    <w:szCs w:val="44"/>
                  </w:rPr>
                  <w:t>☐</w:t>
                </w:r>
              </w:sdtContent>
            </w:sdt>
          </w:p>
        </w:tc>
        <w:tc>
          <w:tcPr>
            <w:tcW w:w="580" w:type="dxa"/>
            <w:gridSpan w:val="2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4BE2DCE9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28"/>
                <w:szCs w:val="44"/>
              </w:rPr>
            </w:pPr>
            <w:sdt>
              <w:sdtPr>
                <w:rPr>
                  <w:rFonts w:ascii="Helvetica Neue" w:hAnsi="Helvetica Neue"/>
                  <w:b/>
                  <w:bCs/>
                  <w:sz w:val="28"/>
                  <w:szCs w:val="44"/>
                </w:rPr>
                <w:alias w:val="Q8_2"/>
                <w:tag w:val="Q8_2"/>
                <w:id w:val="721407758"/>
                <w:showingPlcHdr/>
                <w:text/>
              </w:sdtPr>
              <w:sdtContent>
                <w:r w:rsidRPr="00F265BA">
                  <w:rPr>
                    <w:rFonts w:ascii="Segoe UI Symbol" w:hAnsi="Segoe UI Symbol" w:cs="Segoe UI Symbol"/>
                    <w:b/>
                    <w:bCs/>
                    <w:color w:val="7A7A7A"/>
                    <w:sz w:val="28"/>
                    <w:szCs w:val="44"/>
                  </w:rPr>
                  <w:t>☐</w:t>
                </w:r>
              </w:sdtContent>
            </w:sdt>
          </w:p>
        </w:tc>
      </w:tr>
      <w:tr w:rsidR="00C41F71" w:rsidRPr="00F265BA" w14:paraId="6397797A" w14:textId="77777777" w:rsidTr="007649DC">
        <w:trPr>
          <w:gridAfter w:val="1"/>
          <w:wAfter w:w="150" w:type="dxa"/>
          <w:cantSplit/>
          <w:trHeight w:val="510"/>
          <w:jc w:val="center"/>
        </w:trPr>
        <w:tc>
          <w:tcPr>
            <w:tcW w:w="3133" w:type="dxa"/>
            <w:tcMar>
              <w:top w:w="20" w:type="dxa"/>
              <w:left w:w="70" w:type="dxa"/>
              <w:bottom w:w="20" w:type="dxa"/>
              <w:right w:w="70" w:type="dxa"/>
            </w:tcMar>
            <w:vAlign w:val="bottom"/>
          </w:tcPr>
          <w:p w14:paraId="49D439EF" w14:textId="4B934E11" w:rsidR="00C41F71" w:rsidRPr="00F265BA" w:rsidRDefault="00000000" w:rsidP="007649DC">
            <w:pPr>
              <w:ind w:right="-463"/>
              <w:rPr>
                <w:rFonts w:ascii="Helvetica Neue" w:hAnsi="Helvetica Neue"/>
                <w:b/>
                <w:bCs/>
                <w:sz w:val="16"/>
                <w:szCs w:val="16"/>
              </w:rPr>
            </w:pPr>
            <w:proofErr w:type="spellStart"/>
            <w:r w:rsidRPr="00F265BA">
              <w:rPr>
                <w:rFonts w:ascii="Helvetica Neue" w:hAnsi="Helvetica Neue"/>
                <w:b/>
                <w:bCs/>
                <w:color w:val="202020"/>
                <w:sz w:val="18"/>
                <w:szCs w:val="18"/>
              </w:rPr>
              <w:t>Dacă</w:t>
            </w:r>
            <w:proofErr w:type="spellEnd"/>
            <w:r w:rsidRPr="00F265BA">
              <w:rPr>
                <w:rFonts w:ascii="Helvetica Neue" w:hAnsi="Helvetica Neue"/>
                <w:b/>
                <w:bCs/>
                <w:color w:val="202020"/>
                <w:sz w:val="18"/>
                <w:szCs w:val="18"/>
              </w:rPr>
              <w:t xml:space="preserve"> da, </w:t>
            </w:r>
            <w:proofErr w:type="spellStart"/>
            <w:r w:rsidRPr="00F265BA">
              <w:rPr>
                <w:rFonts w:ascii="Helvetica Neue" w:hAnsi="Helvetica Neue"/>
                <w:b/>
                <w:bCs/>
                <w:color w:val="202020"/>
                <w:sz w:val="18"/>
                <w:szCs w:val="18"/>
              </w:rPr>
              <w:t>ce</w:t>
            </w:r>
            <w:proofErr w:type="spellEnd"/>
            <w:r w:rsidRPr="00F265BA">
              <w:rPr>
                <w:rFonts w:ascii="Helvetica Neue" w:hAnsi="Helvetica Neue"/>
                <w:b/>
                <w:bCs/>
                <w:color w:val="202020"/>
                <w:sz w:val="18"/>
                <w:szCs w:val="18"/>
              </w:rPr>
              <w:t xml:space="preserve"> teste vi s-au </w:t>
            </w:r>
            <w:proofErr w:type="spellStart"/>
            <w:r w:rsidRPr="00F265BA">
              <w:rPr>
                <w:rFonts w:ascii="Helvetica Neue" w:hAnsi="Helvetica Neue"/>
                <w:b/>
                <w:bCs/>
                <w:color w:val="202020"/>
                <w:sz w:val="18"/>
                <w:szCs w:val="18"/>
              </w:rPr>
              <w:t>efectuat</w:t>
            </w:r>
            <w:proofErr w:type="spellEnd"/>
            <w:r w:rsidRPr="00F265BA">
              <w:rPr>
                <w:rFonts w:ascii="Helvetica Neue" w:hAnsi="Helvetica Neue"/>
                <w:b/>
                <w:bCs/>
                <w:color w:val="202020"/>
                <w:sz w:val="16"/>
                <w:szCs w:val="16"/>
              </w:rPr>
              <w:t>?</w:t>
            </w:r>
          </w:p>
        </w:tc>
        <w:tc>
          <w:tcPr>
            <w:tcW w:w="6837" w:type="dxa"/>
            <w:gridSpan w:val="4"/>
            <w:tcMar>
              <w:top w:w="20" w:type="dxa"/>
              <w:left w:w="70" w:type="dxa"/>
              <w:bottom w:w="20" w:type="dxa"/>
              <w:right w:w="70" w:type="dxa"/>
            </w:tcMar>
            <w:vAlign w:val="bottom"/>
          </w:tcPr>
          <w:p w14:paraId="6DBF6BCD" w14:textId="77777777" w:rsidR="00C41F71" w:rsidRPr="00F265BA" w:rsidRDefault="00000000" w:rsidP="007649DC">
            <w:pPr>
              <w:pBdr>
                <w:bottom w:val="dotted" w:sz="7" w:space="1" w:color="124B9A"/>
              </w:pBdr>
              <w:ind w:left="179" w:right="-182"/>
              <w:rPr>
                <w:rFonts w:ascii="Helvetica Neue" w:hAnsi="Helvetica Neue"/>
                <w:b/>
                <w:bCs/>
                <w:sz w:val="16"/>
                <w:szCs w:val="16"/>
              </w:rPr>
            </w:pPr>
            <w:sdt>
              <w:sdtPr>
                <w:rPr>
                  <w:rFonts w:ascii="Helvetica Neue" w:hAnsi="Helvetica Neue"/>
                  <w:b/>
                  <w:bCs/>
                  <w:sz w:val="16"/>
                  <w:szCs w:val="16"/>
                </w:rPr>
                <w:alias w:val="TESTE_EFECTUATE"/>
                <w:tag w:val="TESTE_EFECTUATE"/>
                <w:id w:val="-1362051002"/>
                <w:showingPlcHdr/>
                <w:text/>
              </w:sdtPr>
              <w:sdtContent>
                <w:r w:rsidRPr="00F265BA">
                  <w:rPr>
                    <w:rFonts w:ascii="Helvetica Neue" w:hAnsi="Helvetica Neue"/>
                    <w:b/>
                    <w:bCs/>
                    <w:color w:val="7A7A7A"/>
                    <w:sz w:val="16"/>
                    <w:szCs w:val="16"/>
                  </w:rPr>
                  <w:t xml:space="preserve"> </w:t>
                </w:r>
              </w:sdtContent>
            </w:sdt>
          </w:p>
        </w:tc>
      </w:tr>
      <w:tr w:rsidR="00C41F71" w:rsidRPr="00F265BA" w14:paraId="650FAAC4" w14:textId="77777777" w:rsidTr="007649DC">
        <w:trPr>
          <w:trHeight w:val="340"/>
          <w:jc w:val="center"/>
        </w:trPr>
        <w:tc>
          <w:tcPr>
            <w:tcW w:w="10120" w:type="dxa"/>
            <w:gridSpan w:val="6"/>
            <w:tcBorders>
              <w:top w:val="single" w:sz="7" w:space="0" w:color="124B9A"/>
              <w:left w:val="single" w:sz="7" w:space="0" w:color="124B9A"/>
              <w:bottom w:val="single" w:sz="7" w:space="0" w:color="124B9A"/>
              <w:right w:val="single" w:sz="7" w:space="0" w:color="124B9A"/>
            </w:tcBorders>
            <w:shd w:val="clear" w:color="auto" w:fill="0070C0"/>
            <w:tcMar>
              <w:top w:w="20" w:type="dxa"/>
              <w:left w:w="70" w:type="dxa"/>
              <w:bottom w:w="20" w:type="dxa"/>
              <w:right w:w="70" w:type="dxa"/>
            </w:tcMar>
            <w:vAlign w:val="center"/>
          </w:tcPr>
          <w:p w14:paraId="451C2DA3" w14:textId="77777777" w:rsidR="00C41F71" w:rsidRPr="00F265BA" w:rsidRDefault="00000000">
            <w:pPr>
              <w:rPr>
                <w:rFonts w:ascii="Helvetica Neue" w:hAnsi="Helvetica Neue"/>
                <w:b/>
                <w:bCs/>
              </w:rPr>
            </w:pPr>
            <w:r w:rsidRPr="00F265BA">
              <w:rPr>
                <w:rFonts w:ascii="Helvetica Neue" w:hAnsi="Helvetica Neue"/>
                <w:b/>
                <w:bCs/>
                <w:color w:val="FFFFFF" w:themeColor="background1"/>
                <w:sz w:val="18"/>
              </w:rPr>
              <w:t>ISTORIC FAMILIAL</w:t>
            </w:r>
          </w:p>
        </w:tc>
      </w:tr>
      <w:tr w:rsidR="00C41F71" w:rsidRPr="00F265BA" w14:paraId="2F00E084" w14:textId="77777777" w:rsidTr="007649DC">
        <w:trPr>
          <w:trHeight w:val="397"/>
          <w:jc w:val="center"/>
        </w:trPr>
        <w:tc>
          <w:tcPr>
            <w:tcW w:w="8500" w:type="dxa"/>
            <w:gridSpan w:val="2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  <w:vAlign w:val="center"/>
          </w:tcPr>
          <w:p w14:paraId="25171844" w14:textId="77777777" w:rsidR="00C41F71" w:rsidRPr="00F265BA" w:rsidRDefault="00000000">
            <w:pPr>
              <w:rPr>
                <w:rFonts w:ascii="Helvetica Neue" w:hAnsi="Helvetica Neue"/>
                <w:b/>
                <w:bCs/>
                <w:sz w:val="18"/>
                <w:szCs w:val="24"/>
              </w:rPr>
            </w:pPr>
            <w:r w:rsidRPr="00F265BA">
              <w:rPr>
                <w:rFonts w:ascii="Helvetica Neue" w:hAnsi="Helvetica Neue"/>
                <w:b/>
                <w:bCs/>
                <w:color w:val="202020"/>
                <w:sz w:val="18"/>
                <w:szCs w:val="24"/>
              </w:rPr>
              <w:t>Cineva din familia dumneavoastră a suferit de:</w:t>
            </w:r>
          </w:p>
        </w:tc>
        <w:tc>
          <w:tcPr>
            <w:tcW w:w="520" w:type="dxa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  <w:vAlign w:val="center"/>
          </w:tcPr>
          <w:p w14:paraId="020AB43C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</w:rPr>
            </w:pPr>
            <w:r w:rsidRPr="00F265BA">
              <w:rPr>
                <w:rFonts w:ascii="Helvetica Neue" w:hAnsi="Helvetica Neue"/>
                <w:b/>
                <w:bCs/>
                <w:color w:val="202020"/>
                <w:sz w:val="15"/>
              </w:rPr>
              <w:t>Da</w:t>
            </w:r>
          </w:p>
        </w:tc>
        <w:tc>
          <w:tcPr>
            <w:tcW w:w="520" w:type="dxa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  <w:vAlign w:val="center"/>
          </w:tcPr>
          <w:p w14:paraId="6FB118DE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</w:rPr>
            </w:pPr>
            <w:r w:rsidRPr="00F265BA">
              <w:rPr>
                <w:rFonts w:ascii="Helvetica Neue" w:hAnsi="Helvetica Neue"/>
                <w:b/>
                <w:bCs/>
                <w:color w:val="202020"/>
                <w:sz w:val="15"/>
              </w:rPr>
              <w:t>Nu</w:t>
            </w:r>
          </w:p>
        </w:tc>
        <w:tc>
          <w:tcPr>
            <w:tcW w:w="580" w:type="dxa"/>
            <w:gridSpan w:val="2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  <w:vAlign w:val="center"/>
          </w:tcPr>
          <w:p w14:paraId="7813E9E5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</w:rPr>
            </w:pPr>
            <w:r w:rsidRPr="00F265BA">
              <w:rPr>
                <w:rFonts w:ascii="Helvetica Neue" w:hAnsi="Helvetica Neue"/>
                <w:b/>
                <w:bCs/>
                <w:color w:val="202020"/>
                <w:sz w:val="15"/>
              </w:rPr>
              <w:t>Nu știu</w:t>
            </w:r>
          </w:p>
        </w:tc>
      </w:tr>
      <w:tr w:rsidR="00C41F71" w:rsidRPr="00F265BA" w14:paraId="25D7A325" w14:textId="77777777" w:rsidTr="007649DC">
        <w:trPr>
          <w:cantSplit/>
          <w:trHeight w:val="397"/>
          <w:jc w:val="center"/>
        </w:trPr>
        <w:tc>
          <w:tcPr>
            <w:tcW w:w="8500" w:type="dxa"/>
            <w:gridSpan w:val="2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  <w:vAlign w:val="center"/>
          </w:tcPr>
          <w:p w14:paraId="4FB1F833" w14:textId="77777777" w:rsidR="00C41F71" w:rsidRPr="00F265BA" w:rsidRDefault="00000000">
            <w:pPr>
              <w:rPr>
                <w:rFonts w:ascii="Helvetica Neue" w:hAnsi="Helvetica Neue"/>
                <w:b/>
                <w:bCs/>
                <w:sz w:val="18"/>
                <w:szCs w:val="24"/>
              </w:rPr>
            </w:pPr>
            <w:r w:rsidRPr="00F265BA">
              <w:rPr>
                <w:rFonts w:ascii="Helvetica Neue" w:hAnsi="Helvetica Neue"/>
                <w:b/>
                <w:bCs/>
                <w:color w:val="202020"/>
                <w:sz w:val="18"/>
                <w:szCs w:val="24"/>
              </w:rPr>
              <w:t>9. Infarct miocardic sau moarte subită înaintea vârstei de 50 de ani</w:t>
            </w:r>
          </w:p>
        </w:tc>
        <w:tc>
          <w:tcPr>
            <w:tcW w:w="520" w:type="dxa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798BAAF8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28"/>
                <w:szCs w:val="28"/>
              </w:rPr>
            </w:pPr>
            <w:sdt>
              <w:sdtPr>
                <w:rPr>
                  <w:rFonts w:ascii="Helvetica Neue" w:hAnsi="Helvetica Neue"/>
                  <w:b/>
                  <w:bCs/>
                  <w:sz w:val="28"/>
                  <w:szCs w:val="28"/>
                </w:rPr>
                <w:alias w:val="Q9_0"/>
                <w:tag w:val="Q9_0"/>
                <w:id w:val="-1791511976"/>
                <w:showingPlcHdr/>
                <w:text/>
              </w:sdtPr>
              <w:sdtContent>
                <w:r w:rsidRPr="00F265BA">
                  <w:rPr>
                    <w:rFonts w:ascii="Segoe UI Symbol" w:hAnsi="Segoe UI Symbol" w:cs="Segoe UI Symbol"/>
                    <w:b/>
                    <w:bCs/>
                    <w:color w:val="7A7A7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20" w:type="dxa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7E2AE241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28"/>
                <w:szCs w:val="28"/>
              </w:rPr>
            </w:pPr>
            <w:sdt>
              <w:sdtPr>
                <w:rPr>
                  <w:rFonts w:ascii="Helvetica Neue" w:hAnsi="Helvetica Neue"/>
                  <w:b/>
                  <w:bCs/>
                  <w:sz w:val="28"/>
                  <w:szCs w:val="28"/>
                </w:rPr>
                <w:alias w:val="Q9_1"/>
                <w:tag w:val="Q9_1"/>
                <w:id w:val="1171603687"/>
                <w:showingPlcHdr/>
                <w:text/>
              </w:sdtPr>
              <w:sdtContent>
                <w:r w:rsidRPr="00F265BA">
                  <w:rPr>
                    <w:rFonts w:ascii="Segoe UI Symbol" w:hAnsi="Segoe UI Symbol" w:cs="Segoe UI Symbol"/>
                    <w:b/>
                    <w:bCs/>
                    <w:color w:val="7A7A7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80" w:type="dxa"/>
            <w:gridSpan w:val="2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4E36C2AF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28"/>
                <w:szCs w:val="28"/>
              </w:rPr>
            </w:pPr>
            <w:sdt>
              <w:sdtPr>
                <w:rPr>
                  <w:rFonts w:ascii="Helvetica Neue" w:hAnsi="Helvetica Neue"/>
                  <w:b/>
                  <w:bCs/>
                  <w:sz w:val="28"/>
                  <w:szCs w:val="28"/>
                </w:rPr>
                <w:alias w:val="Q9_2"/>
                <w:tag w:val="Q9_2"/>
                <w:id w:val="949363627"/>
                <w:showingPlcHdr/>
                <w:text/>
              </w:sdtPr>
              <w:sdtContent>
                <w:r w:rsidRPr="00F265BA">
                  <w:rPr>
                    <w:rFonts w:ascii="Segoe UI Symbol" w:hAnsi="Segoe UI Symbol" w:cs="Segoe UI Symbol"/>
                    <w:b/>
                    <w:bCs/>
                    <w:color w:val="7A7A7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C41F71" w:rsidRPr="00F265BA" w14:paraId="3DA78301" w14:textId="77777777" w:rsidTr="007649DC">
        <w:trPr>
          <w:cantSplit/>
          <w:trHeight w:val="397"/>
          <w:jc w:val="center"/>
        </w:trPr>
        <w:tc>
          <w:tcPr>
            <w:tcW w:w="8500" w:type="dxa"/>
            <w:gridSpan w:val="2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  <w:vAlign w:val="center"/>
          </w:tcPr>
          <w:p w14:paraId="5C9A87AC" w14:textId="77777777" w:rsidR="00C41F71" w:rsidRPr="00F265BA" w:rsidRDefault="00000000">
            <w:pPr>
              <w:rPr>
                <w:rFonts w:ascii="Helvetica Neue" w:hAnsi="Helvetica Neue"/>
                <w:b/>
                <w:bCs/>
                <w:sz w:val="18"/>
                <w:szCs w:val="24"/>
              </w:rPr>
            </w:pPr>
            <w:r w:rsidRPr="00F265BA">
              <w:rPr>
                <w:rFonts w:ascii="Helvetica Neue" w:hAnsi="Helvetica Neue"/>
                <w:b/>
                <w:bCs/>
                <w:color w:val="202020"/>
                <w:sz w:val="18"/>
                <w:szCs w:val="24"/>
              </w:rPr>
              <w:t>10. Tulburări de ritm care au necesitat instituirea unui pacemaker sau alt tratament</w:t>
            </w:r>
          </w:p>
        </w:tc>
        <w:tc>
          <w:tcPr>
            <w:tcW w:w="520" w:type="dxa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2F53CB65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28"/>
                <w:szCs w:val="28"/>
              </w:rPr>
            </w:pPr>
            <w:sdt>
              <w:sdtPr>
                <w:rPr>
                  <w:rFonts w:ascii="Helvetica Neue" w:hAnsi="Helvetica Neue"/>
                  <w:b/>
                  <w:bCs/>
                  <w:sz w:val="28"/>
                  <w:szCs w:val="28"/>
                </w:rPr>
                <w:alias w:val="Q10_0"/>
                <w:tag w:val="Q10_0"/>
                <w:id w:val="-1465195847"/>
                <w:showingPlcHdr/>
                <w:text/>
              </w:sdtPr>
              <w:sdtContent>
                <w:r w:rsidRPr="00F265BA">
                  <w:rPr>
                    <w:rFonts w:ascii="Segoe UI Symbol" w:hAnsi="Segoe UI Symbol" w:cs="Segoe UI Symbol"/>
                    <w:b/>
                    <w:bCs/>
                    <w:color w:val="7A7A7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20" w:type="dxa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3CAEA979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28"/>
                <w:szCs w:val="28"/>
              </w:rPr>
            </w:pPr>
            <w:sdt>
              <w:sdtPr>
                <w:rPr>
                  <w:rFonts w:ascii="Helvetica Neue" w:hAnsi="Helvetica Neue"/>
                  <w:b/>
                  <w:bCs/>
                  <w:sz w:val="28"/>
                  <w:szCs w:val="28"/>
                </w:rPr>
                <w:alias w:val="Q10_1"/>
                <w:tag w:val="Q10_1"/>
                <w:id w:val="1076552782"/>
                <w:showingPlcHdr/>
                <w:text/>
              </w:sdtPr>
              <w:sdtContent>
                <w:r w:rsidRPr="00F265BA">
                  <w:rPr>
                    <w:rFonts w:ascii="Segoe UI Symbol" w:hAnsi="Segoe UI Symbol" w:cs="Segoe UI Symbol"/>
                    <w:b/>
                    <w:bCs/>
                    <w:color w:val="7A7A7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80" w:type="dxa"/>
            <w:gridSpan w:val="2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13A86140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28"/>
                <w:szCs w:val="28"/>
              </w:rPr>
            </w:pPr>
            <w:sdt>
              <w:sdtPr>
                <w:rPr>
                  <w:rFonts w:ascii="Helvetica Neue" w:hAnsi="Helvetica Neue"/>
                  <w:b/>
                  <w:bCs/>
                  <w:sz w:val="28"/>
                  <w:szCs w:val="28"/>
                </w:rPr>
                <w:alias w:val="Q10_2"/>
                <w:tag w:val="Q10_2"/>
                <w:id w:val="-361830810"/>
                <w:showingPlcHdr/>
                <w:text/>
              </w:sdtPr>
              <w:sdtContent>
                <w:r w:rsidRPr="00F265BA">
                  <w:rPr>
                    <w:rFonts w:ascii="Segoe UI Symbol" w:hAnsi="Segoe UI Symbol" w:cs="Segoe UI Symbol"/>
                    <w:b/>
                    <w:bCs/>
                    <w:color w:val="7A7A7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C41F71" w:rsidRPr="00F265BA" w14:paraId="2262BD19" w14:textId="77777777" w:rsidTr="007649DC">
        <w:trPr>
          <w:cantSplit/>
          <w:trHeight w:val="397"/>
          <w:jc w:val="center"/>
        </w:trPr>
        <w:tc>
          <w:tcPr>
            <w:tcW w:w="8500" w:type="dxa"/>
            <w:gridSpan w:val="2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  <w:vAlign w:val="center"/>
          </w:tcPr>
          <w:p w14:paraId="5E59A463" w14:textId="77777777" w:rsidR="00C41F71" w:rsidRPr="00F265BA" w:rsidRDefault="00000000">
            <w:pPr>
              <w:rPr>
                <w:rFonts w:ascii="Helvetica Neue" w:hAnsi="Helvetica Neue"/>
                <w:b/>
                <w:bCs/>
                <w:sz w:val="18"/>
                <w:szCs w:val="24"/>
              </w:rPr>
            </w:pPr>
            <w:r w:rsidRPr="00F265BA">
              <w:rPr>
                <w:rFonts w:ascii="Helvetica Neue" w:hAnsi="Helvetica Neue"/>
                <w:b/>
                <w:bCs/>
                <w:color w:val="202020"/>
                <w:sz w:val="18"/>
                <w:szCs w:val="24"/>
              </w:rPr>
              <w:t>11. Angină pectorală, cardiopatie ischemică (sub vârsta de 50 de ani)</w:t>
            </w:r>
          </w:p>
        </w:tc>
        <w:tc>
          <w:tcPr>
            <w:tcW w:w="520" w:type="dxa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300460CD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28"/>
                <w:szCs w:val="28"/>
              </w:rPr>
            </w:pPr>
            <w:sdt>
              <w:sdtPr>
                <w:rPr>
                  <w:rFonts w:ascii="Helvetica Neue" w:hAnsi="Helvetica Neue"/>
                  <w:b/>
                  <w:bCs/>
                  <w:sz w:val="28"/>
                  <w:szCs w:val="28"/>
                </w:rPr>
                <w:alias w:val="Q11_0"/>
                <w:tag w:val="Q11_0"/>
                <w:id w:val="1271358341"/>
                <w:showingPlcHdr/>
                <w:text/>
              </w:sdtPr>
              <w:sdtContent>
                <w:r w:rsidRPr="00F265BA">
                  <w:rPr>
                    <w:rFonts w:ascii="Segoe UI Symbol" w:hAnsi="Segoe UI Symbol" w:cs="Segoe UI Symbol"/>
                    <w:b/>
                    <w:bCs/>
                    <w:color w:val="7A7A7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20" w:type="dxa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33027576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28"/>
                <w:szCs w:val="28"/>
              </w:rPr>
            </w:pPr>
            <w:sdt>
              <w:sdtPr>
                <w:rPr>
                  <w:rFonts w:ascii="Helvetica Neue" w:hAnsi="Helvetica Neue"/>
                  <w:b/>
                  <w:bCs/>
                  <w:sz w:val="28"/>
                  <w:szCs w:val="28"/>
                </w:rPr>
                <w:alias w:val="Q11_1"/>
                <w:tag w:val="Q11_1"/>
                <w:id w:val="1122882097"/>
                <w:showingPlcHdr/>
                <w:text/>
              </w:sdtPr>
              <w:sdtContent>
                <w:r w:rsidRPr="00F265BA">
                  <w:rPr>
                    <w:rFonts w:ascii="Segoe UI Symbol" w:hAnsi="Segoe UI Symbol" w:cs="Segoe UI Symbol"/>
                    <w:b/>
                    <w:bCs/>
                    <w:color w:val="7A7A7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80" w:type="dxa"/>
            <w:gridSpan w:val="2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0060F34F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28"/>
                <w:szCs w:val="28"/>
              </w:rPr>
            </w:pPr>
            <w:sdt>
              <w:sdtPr>
                <w:rPr>
                  <w:rFonts w:ascii="Helvetica Neue" w:hAnsi="Helvetica Neue"/>
                  <w:b/>
                  <w:bCs/>
                  <w:sz w:val="28"/>
                  <w:szCs w:val="28"/>
                </w:rPr>
                <w:alias w:val="Q11_2"/>
                <w:tag w:val="Q11_2"/>
                <w:id w:val="-87315457"/>
                <w:showingPlcHdr/>
                <w:text/>
              </w:sdtPr>
              <w:sdtContent>
                <w:r w:rsidRPr="00F265BA">
                  <w:rPr>
                    <w:rFonts w:ascii="Segoe UI Symbol" w:hAnsi="Segoe UI Symbol" w:cs="Segoe UI Symbol"/>
                    <w:b/>
                    <w:bCs/>
                    <w:color w:val="7A7A7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C41F71" w:rsidRPr="00F265BA" w14:paraId="0C38C3AC" w14:textId="77777777" w:rsidTr="007649DC">
        <w:trPr>
          <w:cantSplit/>
          <w:trHeight w:val="397"/>
          <w:jc w:val="center"/>
        </w:trPr>
        <w:tc>
          <w:tcPr>
            <w:tcW w:w="8500" w:type="dxa"/>
            <w:gridSpan w:val="2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  <w:vAlign w:val="center"/>
          </w:tcPr>
          <w:p w14:paraId="40FD1FAE" w14:textId="77777777" w:rsidR="00C41F71" w:rsidRPr="00F265BA" w:rsidRDefault="00000000">
            <w:pPr>
              <w:rPr>
                <w:rFonts w:ascii="Helvetica Neue" w:hAnsi="Helvetica Neue"/>
                <w:b/>
                <w:bCs/>
                <w:sz w:val="18"/>
                <w:szCs w:val="24"/>
              </w:rPr>
            </w:pPr>
            <w:r w:rsidRPr="00F265BA">
              <w:rPr>
                <w:rFonts w:ascii="Helvetica Neue" w:hAnsi="Helvetica Neue"/>
                <w:b/>
                <w:bCs/>
                <w:color w:val="202020"/>
                <w:sz w:val="18"/>
                <w:szCs w:val="24"/>
              </w:rPr>
              <w:t>12. Alte probleme cardiace care au necesitat tratament</w:t>
            </w:r>
          </w:p>
        </w:tc>
        <w:tc>
          <w:tcPr>
            <w:tcW w:w="520" w:type="dxa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49B535E5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28"/>
                <w:szCs w:val="28"/>
              </w:rPr>
            </w:pPr>
            <w:sdt>
              <w:sdtPr>
                <w:rPr>
                  <w:rFonts w:ascii="Helvetica Neue" w:hAnsi="Helvetica Neue"/>
                  <w:b/>
                  <w:bCs/>
                  <w:sz w:val="28"/>
                  <w:szCs w:val="28"/>
                </w:rPr>
                <w:alias w:val="Q12_0"/>
                <w:tag w:val="Q12_0"/>
                <w:id w:val="-1075743674"/>
                <w:showingPlcHdr/>
                <w:text/>
              </w:sdtPr>
              <w:sdtContent>
                <w:r w:rsidRPr="00F265BA">
                  <w:rPr>
                    <w:rFonts w:ascii="Segoe UI Symbol" w:hAnsi="Segoe UI Symbol" w:cs="Segoe UI Symbol"/>
                    <w:b/>
                    <w:bCs/>
                    <w:color w:val="7A7A7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20" w:type="dxa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47E16A4F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28"/>
                <w:szCs w:val="28"/>
              </w:rPr>
            </w:pPr>
            <w:sdt>
              <w:sdtPr>
                <w:rPr>
                  <w:rFonts w:ascii="Helvetica Neue" w:hAnsi="Helvetica Neue"/>
                  <w:b/>
                  <w:bCs/>
                  <w:sz w:val="28"/>
                  <w:szCs w:val="28"/>
                </w:rPr>
                <w:alias w:val="Q12_1"/>
                <w:tag w:val="Q12_1"/>
                <w:id w:val="-327594305"/>
                <w:showingPlcHdr/>
                <w:text/>
              </w:sdtPr>
              <w:sdtContent>
                <w:r w:rsidRPr="00F265BA">
                  <w:rPr>
                    <w:rFonts w:ascii="Segoe UI Symbol" w:hAnsi="Segoe UI Symbol" w:cs="Segoe UI Symbol"/>
                    <w:b/>
                    <w:bCs/>
                    <w:color w:val="7A7A7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80" w:type="dxa"/>
            <w:gridSpan w:val="2"/>
            <w:tcBorders>
              <w:top w:val="single" w:sz="4" w:space="0" w:color="8A9AA5"/>
              <w:left w:val="single" w:sz="4" w:space="0" w:color="8A9AA5"/>
              <w:bottom w:val="single" w:sz="4" w:space="0" w:color="8A9AA5"/>
              <w:right w:val="single" w:sz="4" w:space="0" w:color="8A9AA5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2DB8238E" w14:textId="77777777" w:rsidR="00C41F71" w:rsidRPr="00F265BA" w:rsidRDefault="00000000">
            <w:pPr>
              <w:jc w:val="center"/>
              <w:rPr>
                <w:rFonts w:ascii="Helvetica Neue" w:hAnsi="Helvetica Neue"/>
                <w:b/>
                <w:bCs/>
                <w:sz w:val="28"/>
                <w:szCs w:val="28"/>
              </w:rPr>
            </w:pPr>
            <w:sdt>
              <w:sdtPr>
                <w:rPr>
                  <w:rFonts w:ascii="Helvetica Neue" w:hAnsi="Helvetica Neue"/>
                  <w:b/>
                  <w:bCs/>
                  <w:sz w:val="28"/>
                  <w:szCs w:val="28"/>
                </w:rPr>
                <w:alias w:val="Q12_2"/>
                <w:tag w:val="Q12_2"/>
                <w:id w:val="1067080636"/>
                <w:showingPlcHdr/>
                <w:text/>
              </w:sdtPr>
              <w:sdtContent>
                <w:r w:rsidRPr="00F265BA">
                  <w:rPr>
                    <w:rFonts w:ascii="Segoe UI Symbol" w:hAnsi="Segoe UI Symbol" w:cs="Segoe UI Symbol"/>
                    <w:b/>
                    <w:bCs/>
                    <w:color w:val="7A7A7A"/>
                    <w:sz w:val="28"/>
                    <w:szCs w:val="28"/>
                  </w:rPr>
                  <w:t>☐</w:t>
                </w:r>
              </w:sdtContent>
            </w:sdt>
          </w:p>
        </w:tc>
      </w:tr>
    </w:tbl>
    <w:p w14:paraId="43C4AF74" w14:textId="77777777" w:rsidR="00521395" w:rsidRPr="00F265BA" w:rsidRDefault="00521395">
      <w:pPr>
        <w:spacing w:before="60" w:after="20"/>
        <w:rPr>
          <w:rFonts w:ascii="Helvetica Neue" w:hAnsi="Helvetica Neue"/>
          <w:b/>
          <w:bCs/>
          <w:color w:val="183B56"/>
          <w:sz w:val="16"/>
        </w:rPr>
      </w:pPr>
    </w:p>
    <w:p w14:paraId="78B76317" w14:textId="571E62E4" w:rsidR="00C41F71" w:rsidRPr="00F265BA" w:rsidRDefault="00000000">
      <w:pPr>
        <w:spacing w:before="60" w:after="20"/>
        <w:rPr>
          <w:rFonts w:ascii="Helvetica Neue" w:hAnsi="Helvetica Neue"/>
          <w:b/>
          <w:bCs/>
          <w:sz w:val="18"/>
          <w:szCs w:val="18"/>
        </w:rPr>
      </w:pPr>
      <w:proofErr w:type="spellStart"/>
      <w:r w:rsidRPr="00F265BA">
        <w:rPr>
          <w:rFonts w:ascii="Helvetica Neue" w:hAnsi="Helvetica Neue"/>
          <w:b/>
          <w:bCs/>
          <w:color w:val="183B56"/>
          <w:sz w:val="18"/>
          <w:szCs w:val="18"/>
        </w:rPr>
        <w:t>Vă</w:t>
      </w:r>
      <w:proofErr w:type="spellEnd"/>
      <w:r w:rsidRPr="00F265BA">
        <w:rPr>
          <w:rFonts w:ascii="Helvetica Neue" w:hAnsi="Helvetica Neue"/>
          <w:b/>
          <w:bCs/>
          <w:color w:val="183B56"/>
          <w:sz w:val="18"/>
          <w:szCs w:val="18"/>
        </w:rPr>
        <w:t xml:space="preserve"> </w:t>
      </w:r>
      <w:proofErr w:type="spellStart"/>
      <w:r w:rsidRPr="00F265BA">
        <w:rPr>
          <w:rFonts w:ascii="Helvetica Neue" w:hAnsi="Helvetica Neue"/>
          <w:b/>
          <w:bCs/>
          <w:color w:val="183B56"/>
          <w:sz w:val="18"/>
          <w:szCs w:val="18"/>
        </w:rPr>
        <w:t>rugăm</w:t>
      </w:r>
      <w:proofErr w:type="spellEnd"/>
      <w:r w:rsidRPr="00F265BA">
        <w:rPr>
          <w:rFonts w:ascii="Helvetica Neue" w:hAnsi="Helvetica Neue"/>
          <w:b/>
          <w:bCs/>
          <w:color w:val="183B56"/>
          <w:sz w:val="18"/>
          <w:szCs w:val="18"/>
        </w:rPr>
        <w:t xml:space="preserve"> </w:t>
      </w:r>
      <w:proofErr w:type="spellStart"/>
      <w:r w:rsidRPr="00F265BA">
        <w:rPr>
          <w:rFonts w:ascii="Helvetica Neue" w:hAnsi="Helvetica Neue"/>
          <w:b/>
          <w:bCs/>
          <w:color w:val="183B56"/>
          <w:sz w:val="18"/>
          <w:szCs w:val="18"/>
        </w:rPr>
        <w:t>să</w:t>
      </w:r>
      <w:proofErr w:type="spellEnd"/>
      <w:r w:rsidRPr="00F265BA">
        <w:rPr>
          <w:rFonts w:ascii="Helvetica Neue" w:hAnsi="Helvetica Neue"/>
          <w:b/>
          <w:bCs/>
          <w:color w:val="183B56"/>
          <w:sz w:val="18"/>
          <w:szCs w:val="18"/>
        </w:rPr>
        <w:t xml:space="preserve"> </w:t>
      </w:r>
      <w:proofErr w:type="spellStart"/>
      <w:r w:rsidRPr="00F265BA">
        <w:rPr>
          <w:rFonts w:ascii="Helvetica Neue" w:hAnsi="Helvetica Neue"/>
          <w:b/>
          <w:bCs/>
          <w:color w:val="183B56"/>
          <w:sz w:val="18"/>
          <w:szCs w:val="18"/>
        </w:rPr>
        <w:t>completați</w:t>
      </w:r>
      <w:proofErr w:type="spellEnd"/>
      <w:r w:rsidRPr="00F265BA">
        <w:rPr>
          <w:rFonts w:ascii="Helvetica Neue" w:hAnsi="Helvetica Neue"/>
          <w:b/>
          <w:bCs/>
          <w:color w:val="183B56"/>
          <w:sz w:val="18"/>
          <w:szCs w:val="18"/>
        </w:rPr>
        <w:t xml:space="preserve"> personal acest chestionar. Scopul său este:</w:t>
      </w:r>
    </w:p>
    <w:p w14:paraId="2E615FBE" w14:textId="77777777" w:rsidR="00C41F71" w:rsidRPr="00F265BA" w:rsidRDefault="00000000">
      <w:pPr>
        <w:pStyle w:val="ListBullet"/>
        <w:spacing w:after="20"/>
        <w:ind w:left="283" w:hanging="142"/>
        <w:rPr>
          <w:rFonts w:ascii="Helvetica Neue" w:hAnsi="Helvetica Neue"/>
          <w:b/>
          <w:bCs/>
          <w:sz w:val="18"/>
          <w:szCs w:val="18"/>
        </w:rPr>
      </w:pPr>
      <w:r w:rsidRPr="00F265BA">
        <w:rPr>
          <w:rFonts w:ascii="Helvetica Neue" w:hAnsi="Helvetica Neue"/>
          <w:b/>
          <w:bCs/>
          <w:color w:val="202020"/>
          <w:sz w:val="18"/>
          <w:szCs w:val="18"/>
        </w:rPr>
        <w:t>identificarea sportivilor care ar putea avea un risc crescut în timpul unui eveniment cardiovascular;</w:t>
      </w:r>
    </w:p>
    <w:p w14:paraId="68A2D590" w14:textId="77777777" w:rsidR="00C41F71" w:rsidRPr="00F265BA" w:rsidRDefault="00000000">
      <w:pPr>
        <w:pStyle w:val="ListBullet"/>
        <w:spacing w:after="20"/>
        <w:ind w:left="283" w:hanging="142"/>
        <w:rPr>
          <w:rFonts w:ascii="Helvetica Neue" w:hAnsi="Helvetica Neue"/>
          <w:b/>
          <w:bCs/>
          <w:sz w:val="18"/>
          <w:szCs w:val="18"/>
        </w:rPr>
      </w:pPr>
      <w:r w:rsidRPr="00F265BA">
        <w:rPr>
          <w:rFonts w:ascii="Helvetica Neue" w:hAnsi="Helvetica Neue"/>
          <w:b/>
          <w:bCs/>
          <w:color w:val="202020"/>
          <w:sz w:val="18"/>
          <w:szCs w:val="18"/>
        </w:rPr>
        <w:t>reducerea numărului de evenimente cardiace în timpul efortului fizic;</w:t>
      </w:r>
    </w:p>
    <w:p w14:paraId="49E7D179" w14:textId="77777777" w:rsidR="00C41F71" w:rsidRPr="00F265BA" w:rsidRDefault="00000000">
      <w:pPr>
        <w:pStyle w:val="ListBullet"/>
        <w:spacing w:after="20"/>
        <w:ind w:left="283" w:hanging="142"/>
        <w:rPr>
          <w:rFonts w:ascii="Helvetica Neue" w:hAnsi="Helvetica Neue"/>
          <w:b/>
          <w:bCs/>
          <w:sz w:val="18"/>
          <w:szCs w:val="18"/>
        </w:rPr>
      </w:pPr>
      <w:r w:rsidRPr="00F265BA">
        <w:rPr>
          <w:rFonts w:ascii="Helvetica Neue" w:hAnsi="Helvetica Neue"/>
          <w:b/>
          <w:bCs/>
          <w:color w:val="202020"/>
          <w:sz w:val="18"/>
          <w:szCs w:val="18"/>
        </w:rPr>
        <w:t>orientarea către un consult cardiologic, dacă răspundeți „Da” sau „Nu știu” la oricare dintre întrebări.</w:t>
      </w:r>
    </w:p>
    <w:p w14:paraId="5D5BF8D4" w14:textId="77777777" w:rsidR="00C41F71" w:rsidRPr="00F265BA" w:rsidRDefault="00000000">
      <w:pPr>
        <w:spacing w:before="40" w:after="40"/>
        <w:rPr>
          <w:rFonts w:ascii="Helvetica Neue" w:hAnsi="Helvetica Neue"/>
          <w:b/>
          <w:bCs/>
          <w:sz w:val="18"/>
          <w:szCs w:val="18"/>
        </w:rPr>
      </w:pPr>
      <w:r w:rsidRPr="00F265BA">
        <w:rPr>
          <w:rFonts w:ascii="Helvetica Neue" w:hAnsi="Helvetica Neue"/>
          <w:b/>
          <w:bCs/>
          <w:color w:val="8A2D2D"/>
          <w:sz w:val="18"/>
          <w:szCs w:val="18"/>
        </w:rPr>
        <w:t>Important: niciun test de screening nu oferă o acuratețe de 100%. Răspundeți sincer la toate întrebările. Viața și sănătatea dumneavoastră sunt cele mai importante.</w:t>
      </w:r>
    </w:p>
    <w:p w14:paraId="2C65D01B" w14:textId="77777777" w:rsidR="00C41F71" w:rsidRPr="00F265BA" w:rsidRDefault="00000000">
      <w:pPr>
        <w:spacing w:before="40" w:after="60"/>
        <w:rPr>
          <w:rFonts w:ascii="Helvetica Neue" w:hAnsi="Helvetica Neue"/>
          <w:b/>
          <w:bCs/>
          <w:color w:val="202020"/>
          <w:sz w:val="18"/>
          <w:szCs w:val="18"/>
        </w:rPr>
      </w:pPr>
      <w:r w:rsidRPr="00F265BA">
        <w:rPr>
          <w:rFonts w:ascii="Helvetica Neue" w:hAnsi="Helvetica Neue"/>
          <w:b/>
          <w:bCs/>
          <w:color w:val="202020"/>
          <w:sz w:val="18"/>
          <w:szCs w:val="18"/>
        </w:rPr>
        <w:t xml:space="preserve">Confirm că am citit și am înțeles informațiile din acest </w:t>
      </w:r>
      <w:proofErr w:type="spellStart"/>
      <w:r w:rsidRPr="00F265BA">
        <w:rPr>
          <w:rFonts w:ascii="Helvetica Neue" w:hAnsi="Helvetica Neue"/>
          <w:b/>
          <w:bCs/>
          <w:color w:val="202020"/>
          <w:sz w:val="18"/>
          <w:szCs w:val="18"/>
        </w:rPr>
        <w:t>chestionar</w:t>
      </w:r>
      <w:proofErr w:type="spellEnd"/>
      <w:r w:rsidRPr="00F265BA">
        <w:rPr>
          <w:rFonts w:ascii="Helvetica Neue" w:hAnsi="Helvetica Neue"/>
          <w:b/>
          <w:bCs/>
          <w:color w:val="202020"/>
          <w:sz w:val="18"/>
          <w:szCs w:val="18"/>
        </w:rPr>
        <w:t xml:space="preserve"> </w:t>
      </w:r>
      <w:proofErr w:type="spellStart"/>
      <w:r w:rsidRPr="00F265BA">
        <w:rPr>
          <w:rFonts w:ascii="Helvetica Neue" w:hAnsi="Helvetica Neue"/>
          <w:b/>
          <w:bCs/>
          <w:color w:val="202020"/>
          <w:sz w:val="18"/>
          <w:szCs w:val="18"/>
        </w:rPr>
        <w:t>și</w:t>
      </w:r>
      <w:proofErr w:type="spellEnd"/>
      <w:r w:rsidRPr="00F265BA">
        <w:rPr>
          <w:rFonts w:ascii="Helvetica Neue" w:hAnsi="Helvetica Neue"/>
          <w:b/>
          <w:bCs/>
          <w:color w:val="202020"/>
          <w:sz w:val="18"/>
          <w:szCs w:val="18"/>
        </w:rPr>
        <w:t xml:space="preserve"> </w:t>
      </w:r>
      <w:proofErr w:type="spellStart"/>
      <w:r w:rsidRPr="00F265BA">
        <w:rPr>
          <w:rFonts w:ascii="Helvetica Neue" w:hAnsi="Helvetica Neue"/>
          <w:b/>
          <w:bCs/>
          <w:color w:val="202020"/>
          <w:sz w:val="18"/>
          <w:szCs w:val="18"/>
        </w:rPr>
        <w:t>că</w:t>
      </w:r>
      <w:proofErr w:type="spellEnd"/>
      <w:r w:rsidRPr="00F265BA">
        <w:rPr>
          <w:rFonts w:ascii="Helvetica Neue" w:hAnsi="Helvetica Neue"/>
          <w:b/>
          <w:bCs/>
          <w:color w:val="202020"/>
          <w:sz w:val="18"/>
          <w:szCs w:val="18"/>
        </w:rPr>
        <w:t xml:space="preserve"> </w:t>
      </w:r>
      <w:proofErr w:type="spellStart"/>
      <w:r w:rsidRPr="00F265BA">
        <w:rPr>
          <w:rFonts w:ascii="Helvetica Neue" w:hAnsi="Helvetica Neue"/>
          <w:b/>
          <w:bCs/>
          <w:color w:val="202020"/>
          <w:sz w:val="18"/>
          <w:szCs w:val="18"/>
        </w:rPr>
        <w:t>răspunsurile</w:t>
      </w:r>
      <w:proofErr w:type="spellEnd"/>
      <w:r w:rsidRPr="00F265BA">
        <w:rPr>
          <w:rFonts w:ascii="Helvetica Neue" w:hAnsi="Helvetica Neue"/>
          <w:b/>
          <w:bCs/>
          <w:color w:val="202020"/>
          <w:sz w:val="18"/>
          <w:szCs w:val="18"/>
        </w:rPr>
        <w:t xml:space="preserve"> </w:t>
      </w:r>
      <w:proofErr w:type="spellStart"/>
      <w:r w:rsidRPr="00F265BA">
        <w:rPr>
          <w:rFonts w:ascii="Helvetica Neue" w:hAnsi="Helvetica Neue"/>
          <w:b/>
          <w:bCs/>
          <w:color w:val="202020"/>
          <w:sz w:val="18"/>
          <w:szCs w:val="18"/>
        </w:rPr>
        <w:t>oferite</w:t>
      </w:r>
      <w:proofErr w:type="spellEnd"/>
      <w:r w:rsidRPr="00F265BA">
        <w:rPr>
          <w:rFonts w:ascii="Helvetica Neue" w:hAnsi="Helvetica Neue"/>
          <w:b/>
          <w:bCs/>
          <w:color w:val="202020"/>
          <w:sz w:val="18"/>
          <w:szCs w:val="18"/>
        </w:rPr>
        <w:t xml:space="preserve"> sunt </w:t>
      </w:r>
      <w:proofErr w:type="spellStart"/>
      <w:r w:rsidRPr="00F265BA">
        <w:rPr>
          <w:rFonts w:ascii="Helvetica Neue" w:hAnsi="Helvetica Neue"/>
          <w:b/>
          <w:bCs/>
          <w:color w:val="202020"/>
          <w:sz w:val="18"/>
          <w:szCs w:val="18"/>
        </w:rPr>
        <w:t>corecte</w:t>
      </w:r>
      <w:proofErr w:type="spellEnd"/>
      <w:r w:rsidRPr="00F265BA">
        <w:rPr>
          <w:rFonts w:ascii="Helvetica Neue" w:hAnsi="Helvetica Neue"/>
          <w:b/>
          <w:bCs/>
          <w:color w:val="202020"/>
          <w:sz w:val="18"/>
          <w:szCs w:val="18"/>
        </w:rPr>
        <w:t xml:space="preserve"> </w:t>
      </w:r>
      <w:proofErr w:type="spellStart"/>
      <w:r w:rsidRPr="00F265BA">
        <w:rPr>
          <w:rFonts w:ascii="Helvetica Neue" w:hAnsi="Helvetica Neue"/>
          <w:b/>
          <w:bCs/>
          <w:color w:val="202020"/>
          <w:sz w:val="18"/>
          <w:szCs w:val="18"/>
        </w:rPr>
        <w:t>și</w:t>
      </w:r>
      <w:proofErr w:type="spellEnd"/>
      <w:r w:rsidRPr="00F265BA">
        <w:rPr>
          <w:rFonts w:ascii="Helvetica Neue" w:hAnsi="Helvetica Neue"/>
          <w:b/>
          <w:bCs/>
          <w:color w:val="202020"/>
          <w:sz w:val="18"/>
          <w:szCs w:val="18"/>
        </w:rPr>
        <w:t xml:space="preserve"> complete.</w:t>
      </w:r>
    </w:p>
    <w:p w14:paraId="2A8409CC" w14:textId="77777777" w:rsidR="00521395" w:rsidRPr="00F265BA" w:rsidRDefault="00521395">
      <w:pPr>
        <w:spacing w:before="40" w:after="60"/>
        <w:rPr>
          <w:rFonts w:ascii="Helvetica Neue" w:hAnsi="Helvetica Neue"/>
          <w:b/>
          <w:bCs/>
          <w:sz w:val="15"/>
          <w:szCs w:val="24"/>
        </w:rPr>
      </w:pPr>
    </w:p>
    <w:tbl>
      <w:tblPr>
        <w:tblW w:w="10120" w:type="dxa"/>
        <w:jc w:val="center"/>
        <w:tblLayout w:type="fixed"/>
        <w:tblLook w:val="04A0" w:firstRow="1" w:lastRow="0" w:firstColumn="1" w:lastColumn="0" w:noHBand="0" w:noVBand="1"/>
      </w:tblPr>
      <w:tblGrid>
        <w:gridCol w:w="5060"/>
        <w:gridCol w:w="5060"/>
      </w:tblGrid>
      <w:tr w:rsidR="00C41F71" w:rsidRPr="00F265BA" w14:paraId="7CFB7A35" w14:textId="77777777">
        <w:trPr>
          <w:jc w:val="center"/>
        </w:trPr>
        <w:tc>
          <w:tcPr>
            <w:tcW w:w="5060" w:type="dxa"/>
            <w:tcBorders>
              <w:bottom w:val="dotted" w:sz="7" w:space="0" w:color="124B9A"/>
            </w:tcBorders>
            <w:tcMar>
              <w:top w:w="20" w:type="dxa"/>
              <w:left w:w="70" w:type="dxa"/>
              <w:bottom w:w="20" w:type="dxa"/>
              <w:right w:w="70" w:type="dxa"/>
            </w:tcMar>
            <w:vAlign w:val="center"/>
          </w:tcPr>
          <w:p w14:paraId="58ED75A5" w14:textId="77777777" w:rsidR="00C41F71" w:rsidRPr="00F265BA" w:rsidRDefault="00000000">
            <w:pPr>
              <w:rPr>
                <w:rFonts w:ascii="Helvetica Neue" w:hAnsi="Helvetica Neue"/>
                <w:b/>
                <w:bCs/>
                <w:sz w:val="18"/>
                <w:szCs w:val="32"/>
              </w:rPr>
            </w:pPr>
            <w:r w:rsidRPr="00F265BA">
              <w:rPr>
                <w:rFonts w:ascii="Helvetica Neue" w:hAnsi="Helvetica Neue"/>
                <w:b/>
                <w:bCs/>
                <w:color w:val="183B56"/>
                <w:sz w:val="18"/>
                <w:szCs w:val="32"/>
              </w:rPr>
              <w:t>Semnătura</w:t>
            </w:r>
          </w:p>
        </w:tc>
        <w:tc>
          <w:tcPr>
            <w:tcW w:w="5060" w:type="dxa"/>
            <w:tcBorders>
              <w:bottom w:val="dotted" w:sz="7" w:space="0" w:color="124B9A"/>
            </w:tcBorders>
            <w:tcMar>
              <w:top w:w="20" w:type="dxa"/>
              <w:left w:w="70" w:type="dxa"/>
              <w:bottom w:w="20" w:type="dxa"/>
              <w:right w:w="70" w:type="dxa"/>
            </w:tcMar>
            <w:vAlign w:val="center"/>
          </w:tcPr>
          <w:p w14:paraId="28C732FA" w14:textId="77777777" w:rsidR="00C41F71" w:rsidRPr="00F265BA" w:rsidRDefault="00000000">
            <w:pPr>
              <w:rPr>
                <w:rFonts w:ascii="Helvetica Neue" w:hAnsi="Helvetica Neue"/>
                <w:b/>
                <w:bCs/>
                <w:sz w:val="18"/>
                <w:szCs w:val="32"/>
              </w:rPr>
            </w:pPr>
            <w:r w:rsidRPr="00F265BA">
              <w:rPr>
                <w:rFonts w:ascii="Helvetica Neue" w:hAnsi="Helvetica Neue"/>
                <w:b/>
                <w:bCs/>
                <w:color w:val="183B56"/>
                <w:sz w:val="18"/>
                <w:szCs w:val="32"/>
              </w:rPr>
              <w:t>Data completării</w:t>
            </w:r>
          </w:p>
        </w:tc>
      </w:tr>
      <w:tr w:rsidR="00C41F71" w:rsidRPr="00F265BA" w14:paraId="306BC7B0" w14:textId="77777777">
        <w:trPr>
          <w:jc w:val="center"/>
        </w:trPr>
        <w:tc>
          <w:tcPr>
            <w:tcW w:w="5060" w:type="dxa"/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568C37D7" w14:textId="77777777" w:rsidR="00C41F71" w:rsidRPr="00F265BA" w:rsidRDefault="00000000">
            <w:pPr>
              <w:rPr>
                <w:rFonts w:ascii="Helvetica Neue" w:hAnsi="Helvetica Neue"/>
                <w:b/>
                <w:bCs/>
                <w:sz w:val="16"/>
                <w:szCs w:val="28"/>
              </w:rPr>
            </w:pPr>
            <w:sdt>
              <w:sdtPr>
                <w:rPr>
                  <w:rFonts w:ascii="Helvetica Neue" w:hAnsi="Helvetica Neue"/>
                  <w:b/>
                  <w:bCs/>
                  <w:sz w:val="16"/>
                  <w:szCs w:val="28"/>
                </w:rPr>
                <w:alias w:val="SEMNATURA"/>
                <w:tag w:val="SEMNATURA"/>
                <w:id w:val="-2086595013"/>
                <w:showingPlcHdr/>
                <w:text/>
              </w:sdtPr>
              <w:sdtContent>
                <w:r w:rsidRPr="00F265BA">
                  <w:rPr>
                    <w:rFonts w:ascii="Helvetica Neue" w:hAnsi="Helvetica Neue"/>
                    <w:b/>
                    <w:bCs/>
                    <w:color w:val="7A7A7A"/>
                    <w:sz w:val="16"/>
                    <w:szCs w:val="28"/>
                  </w:rPr>
                  <w:t xml:space="preserve"> </w:t>
                </w:r>
              </w:sdtContent>
            </w:sdt>
          </w:p>
        </w:tc>
        <w:tc>
          <w:tcPr>
            <w:tcW w:w="5060" w:type="dxa"/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5C472538" w14:textId="77777777" w:rsidR="00C41F71" w:rsidRPr="00F265BA" w:rsidRDefault="00000000">
            <w:pPr>
              <w:rPr>
                <w:rFonts w:ascii="Helvetica Neue" w:hAnsi="Helvetica Neue"/>
                <w:b/>
                <w:bCs/>
                <w:sz w:val="16"/>
                <w:szCs w:val="28"/>
              </w:rPr>
            </w:pPr>
            <w:sdt>
              <w:sdtPr>
                <w:rPr>
                  <w:rFonts w:ascii="Helvetica Neue" w:hAnsi="Helvetica Neue"/>
                  <w:b/>
                  <w:bCs/>
                  <w:sz w:val="16"/>
                  <w:szCs w:val="28"/>
                </w:rPr>
                <w:alias w:val="DATA_COMPLETARII"/>
                <w:tag w:val="DATA_COMPLETARII"/>
                <w:id w:val="307526069"/>
                <w:showingPlcHdr/>
                <w:text/>
              </w:sdtPr>
              <w:sdtContent>
                <w:r w:rsidRPr="00F265BA">
                  <w:rPr>
                    <w:rFonts w:ascii="Helvetica Neue" w:hAnsi="Helvetica Neue"/>
                    <w:b/>
                    <w:bCs/>
                    <w:color w:val="7A7A7A"/>
                    <w:sz w:val="16"/>
                    <w:szCs w:val="28"/>
                  </w:rPr>
                  <w:t xml:space="preserve"> </w:t>
                </w:r>
              </w:sdtContent>
            </w:sdt>
          </w:p>
        </w:tc>
      </w:tr>
    </w:tbl>
    <w:p w14:paraId="31D86575" w14:textId="77777777" w:rsidR="00C41F71" w:rsidRPr="00F265BA" w:rsidRDefault="00000000">
      <w:pPr>
        <w:spacing w:before="20"/>
        <w:rPr>
          <w:rFonts w:ascii="Helvetica Neue" w:hAnsi="Helvetica Neue"/>
          <w:b/>
          <w:bCs/>
          <w:color w:val="000000" w:themeColor="text1"/>
          <w:sz w:val="16"/>
          <w:szCs w:val="28"/>
        </w:rPr>
      </w:pPr>
      <w:r w:rsidRPr="00F265BA">
        <w:rPr>
          <w:rFonts w:ascii="Helvetica Neue" w:hAnsi="Helvetica Neue"/>
          <w:b/>
          <w:bCs/>
          <w:color w:val="000000" w:themeColor="text1"/>
          <w:sz w:val="15"/>
          <w:szCs w:val="28"/>
        </w:rPr>
        <w:t>* Formularul se semnează de sportiv și, dacă acesta este minor, de părintele sau tutorele legal.</w:t>
      </w:r>
    </w:p>
    <w:sectPr w:rsidR="00C41F71" w:rsidRPr="00F265BA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97" w:right="907" w:bottom="397" w:left="907" w:header="142" w:footer="1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0536D1" w14:textId="77777777" w:rsidR="00C0552C" w:rsidRDefault="00C0552C">
      <w:r>
        <w:separator/>
      </w:r>
    </w:p>
  </w:endnote>
  <w:endnote w:type="continuationSeparator" w:id="0">
    <w:p w14:paraId="24AFDFD6" w14:textId="77777777" w:rsidR="00C0552C" w:rsidRDefault="00C05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6BA06E" w14:textId="77777777" w:rsidR="00E819A8" w:rsidRDefault="00E819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BA7304" w14:textId="77777777" w:rsidR="00E819A8" w:rsidRDefault="00E819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994EE7" w14:textId="77777777" w:rsidR="00E819A8" w:rsidRDefault="00E819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DE9EDE" w14:textId="77777777" w:rsidR="00C0552C" w:rsidRDefault="00C0552C">
      <w:r>
        <w:separator/>
      </w:r>
    </w:p>
  </w:footnote>
  <w:footnote w:type="continuationSeparator" w:id="0">
    <w:p w14:paraId="6B7998EF" w14:textId="77777777" w:rsidR="00C0552C" w:rsidRDefault="00C055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A92DA5" w14:textId="77777777" w:rsidR="00E819A8" w:rsidRDefault="00E819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10120" w:type="dxa"/>
      <w:jc w:val="center"/>
      <w:tblLayout w:type="fixed"/>
      <w:tblLook w:val="04A0" w:firstRow="1" w:lastRow="0" w:firstColumn="1" w:lastColumn="0" w:noHBand="0" w:noVBand="1"/>
    </w:tblPr>
    <w:tblGrid>
      <w:gridCol w:w="7600"/>
      <w:gridCol w:w="2520"/>
    </w:tblGrid>
    <w:tr w:rsidR="00C41F71" w14:paraId="41C413A3" w14:textId="77777777">
      <w:trPr>
        <w:jc w:val="center"/>
      </w:trPr>
      <w:tc>
        <w:tcPr>
          <w:tcW w:w="7600" w:type="dxa"/>
          <w:tcMar>
            <w:top w:w="20" w:type="dxa"/>
            <w:left w:w="70" w:type="dxa"/>
            <w:bottom w:w="20" w:type="dxa"/>
            <w:right w:w="70" w:type="dxa"/>
          </w:tcMar>
        </w:tcPr>
        <w:p w14:paraId="69CE30D5" w14:textId="77777777" w:rsidR="00C41F71" w:rsidRDefault="00000000">
          <w:r>
            <w:rPr>
              <w:noProof/>
            </w:rPr>
            <w:drawing>
              <wp:inline distT="0" distB="0" distL="0" distR="0" wp14:anchorId="157CCB30" wp14:editId="6F8BBFEF">
                <wp:extent cx="1667400" cy="5040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ugby-Romania-Logo-1(2)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7400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20" w:type="dxa"/>
          <w:tcMar>
            <w:top w:w="20" w:type="dxa"/>
            <w:left w:w="70" w:type="dxa"/>
            <w:bottom w:w="20" w:type="dxa"/>
            <w:right w:w="70" w:type="dxa"/>
          </w:tcMar>
          <w:vAlign w:val="center"/>
        </w:tcPr>
        <w:p w14:paraId="26345C42" w14:textId="0681F74D" w:rsidR="00C41F71" w:rsidRDefault="00000000">
          <w:pPr>
            <w:jc w:val="right"/>
          </w:pPr>
          <w:r>
            <w:rPr>
              <w:b/>
              <w:color w:val="124B9A"/>
              <w:sz w:val="16"/>
            </w:rPr>
            <w:t xml:space="preserve"> </w:t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90DBB5" w14:textId="77777777" w:rsidR="00E819A8" w:rsidRDefault="00E819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34308260">
    <w:abstractNumId w:val="8"/>
  </w:num>
  <w:num w:numId="2" w16cid:durableId="1395928267">
    <w:abstractNumId w:val="6"/>
  </w:num>
  <w:num w:numId="3" w16cid:durableId="1333142326">
    <w:abstractNumId w:val="5"/>
  </w:num>
  <w:num w:numId="4" w16cid:durableId="990401370">
    <w:abstractNumId w:val="4"/>
  </w:num>
  <w:num w:numId="5" w16cid:durableId="733308953">
    <w:abstractNumId w:val="7"/>
  </w:num>
  <w:num w:numId="6" w16cid:durableId="1218395081">
    <w:abstractNumId w:val="3"/>
  </w:num>
  <w:num w:numId="7" w16cid:durableId="652635356">
    <w:abstractNumId w:val="2"/>
  </w:num>
  <w:num w:numId="8" w16cid:durableId="895043250">
    <w:abstractNumId w:val="1"/>
  </w:num>
  <w:num w:numId="9" w16cid:durableId="44939688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4054"/>
    <w:rsid w:val="0006063C"/>
    <w:rsid w:val="000B3CDE"/>
    <w:rsid w:val="0015074B"/>
    <w:rsid w:val="00173DE2"/>
    <w:rsid w:val="0029639D"/>
    <w:rsid w:val="002E7591"/>
    <w:rsid w:val="00326F90"/>
    <w:rsid w:val="004252E8"/>
    <w:rsid w:val="00504EB8"/>
    <w:rsid w:val="00521395"/>
    <w:rsid w:val="005965AE"/>
    <w:rsid w:val="007649DC"/>
    <w:rsid w:val="00855864"/>
    <w:rsid w:val="00AA1D8D"/>
    <w:rsid w:val="00B47730"/>
    <w:rsid w:val="00B82DB8"/>
    <w:rsid w:val="00C0552C"/>
    <w:rsid w:val="00C41F71"/>
    <w:rsid w:val="00CB0664"/>
    <w:rsid w:val="00D45636"/>
    <w:rsid w:val="00DE5B67"/>
    <w:rsid w:val="00E819A8"/>
    <w:rsid w:val="00F265B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82EABD"/>
  <w14:defaultImageDpi w14:val="300"/>
  <w15:docId w15:val="{1DA4D8CD-5160-834B-A367-B51D612F4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sz w:val="1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Chestionar cardiac pentru jucătorii de rugby</vt:lpstr>
    </vt:vector>
  </TitlesOfParts>
  <Manager/>
  <Company/>
  <LinksUpToDate>false</LinksUpToDate>
  <CharactersWithSpaces>1985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Chestionar cardiac pentru jucătorii de rugby</dc:title>
  <dc:subject>Formular editabil A4, o singură pagină</dc:subject>
  <dc:creator>XantraX .</dc:creator>
  <cp:keywords/>
  <dc:description>generated by python-docx</dc:description>
  <cp:lastModifiedBy>XantraX .</cp:lastModifiedBy>
  <cp:revision>3</cp:revision>
  <dcterms:created xsi:type="dcterms:W3CDTF">2026-09-24T16:07:00Z</dcterms:created>
  <dcterms:modified xsi:type="dcterms:W3CDTF">2026-09-24T16:07:00Z</dcterms:modified>
  <cp:category/>
</cp:coreProperties>
</file>