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AEDEF" w14:textId="7C7F0718" w:rsidR="0077409B" w:rsidRDefault="0077409B">
      <w:pPr>
        <w:spacing w:after="60"/>
        <w:jc w:val="center"/>
        <w:rPr>
          <w:b/>
          <w:sz w:val="32"/>
        </w:rPr>
      </w:pPr>
      <w:proofErr w:type="spellStart"/>
      <w:r>
        <w:rPr>
          <w:b/>
          <w:sz w:val="32"/>
        </w:rPr>
        <w:t>Meniu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Statele</w:t>
      </w:r>
      <w:proofErr w:type="spellEnd"/>
      <w:r>
        <w:rPr>
          <w:b/>
          <w:sz w:val="32"/>
        </w:rPr>
        <w:t xml:space="preserve"> Unite ale </w:t>
      </w:r>
      <w:proofErr w:type="spellStart"/>
      <w:r>
        <w:rPr>
          <w:b/>
          <w:sz w:val="32"/>
        </w:rPr>
        <w:t>Amercii</w:t>
      </w:r>
      <w:proofErr w:type="spellEnd"/>
      <w:r>
        <w:rPr>
          <w:b/>
          <w:sz w:val="32"/>
        </w:rPr>
        <w:t xml:space="preserve"> – SUA</w:t>
      </w:r>
    </w:p>
    <w:p w14:paraId="4BDFECFD" w14:textId="77777777" w:rsidR="0077409B" w:rsidRDefault="0077409B">
      <w:pPr>
        <w:spacing w:after="60"/>
        <w:jc w:val="center"/>
        <w:rPr>
          <w:b/>
          <w:sz w:val="32"/>
        </w:rPr>
      </w:pPr>
    </w:p>
    <w:p w14:paraId="39905C64" w14:textId="77777777" w:rsidR="0077409B" w:rsidRDefault="0077409B">
      <w:pPr>
        <w:spacing w:after="60"/>
        <w:jc w:val="center"/>
        <w:rPr>
          <w:b/>
          <w:sz w:val="32"/>
        </w:rPr>
      </w:pPr>
    </w:p>
    <w:p w14:paraId="018E64E9" w14:textId="77777777" w:rsidR="0077409B" w:rsidRDefault="0077409B">
      <w:pPr>
        <w:spacing w:after="60"/>
        <w:jc w:val="center"/>
        <w:rPr>
          <w:b/>
          <w:sz w:val="32"/>
        </w:rPr>
      </w:pPr>
    </w:p>
    <w:p w14:paraId="01446302" w14:textId="77777777" w:rsidR="0077409B" w:rsidRDefault="0077409B">
      <w:pPr>
        <w:spacing w:after="60"/>
        <w:jc w:val="center"/>
        <w:rPr>
          <w:b/>
          <w:sz w:val="32"/>
        </w:rPr>
      </w:pPr>
    </w:p>
    <w:p w14:paraId="359EF72D" w14:textId="77777777" w:rsidR="0077409B" w:rsidRDefault="0077409B">
      <w:pPr>
        <w:spacing w:after="60"/>
        <w:jc w:val="center"/>
        <w:rPr>
          <w:b/>
          <w:sz w:val="32"/>
        </w:rPr>
      </w:pPr>
    </w:p>
    <w:p w14:paraId="18B96C71" w14:textId="77777777" w:rsidR="0077409B" w:rsidRDefault="0077409B">
      <w:pPr>
        <w:spacing w:after="60"/>
        <w:jc w:val="center"/>
        <w:rPr>
          <w:b/>
          <w:sz w:val="32"/>
        </w:rPr>
      </w:pPr>
    </w:p>
    <w:p w14:paraId="24E6068E" w14:textId="5BD5F3BF" w:rsidR="0077409B" w:rsidRDefault="0077409B">
      <w:pPr>
        <w:spacing w:after="60"/>
        <w:jc w:val="center"/>
        <w:rPr>
          <w:b/>
          <w:sz w:val="32"/>
        </w:rPr>
      </w:pPr>
      <w:proofErr w:type="spellStart"/>
      <w:r>
        <w:rPr>
          <w:b/>
          <w:sz w:val="32"/>
        </w:rPr>
        <w:t>Linii</w:t>
      </w:r>
      <w:proofErr w:type="spellEnd"/>
      <w:r>
        <w:rPr>
          <w:b/>
          <w:sz w:val="32"/>
        </w:rPr>
        <w:t xml:space="preserve"> de </w:t>
      </w:r>
      <w:proofErr w:type="spellStart"/>
      <w:r>
        <w:rPr>
          <w:b/>
          <w:sz w:val="32"/>
        </w:rPr>
        <w:t>ghidare</w:t>
      </w:r>
      <w:proofErr w:type="spellEnd"/>
      <w:r>
        <w:rPr>
          <w:b/>
          <w:sz w:val="32"/>
        </w:rPr>
        <w:t xml:space="preserve"> pt </w:t>
      </w:r>
      <w:proofErr w:type="spellStart"/>
      <w:r>
        <w:rPr>
          <w:b/>
          <w:sz w:val="32"/>
        </w:rPr>
        <w:t>meniu</w:t>
      </w:r>
      <w:proofErr w:type="spellEnd"/>
      <w:r>
        <w:rPr>
          <w:b/>
          <w:sz w:val="32"/>
        </w:rPr>
        <w:t xml:space="preserve">: </w:t>
      </w:r>
    </w:p>
    <w:p w14:paraId="196324FD" w14:textId="77777777" w:rsidR="0077409B" w:rsidRDefault="0077409B">
      <w:pPr>
        <w:spacing w:after="60"/>
        <w:jc w:val="center"/>
        <w:rPr>
          <w:b/>
          <w:sz w:val="32"/>
        </w:rPr>
      </w:pPr>
    </w:p>
    <w:tbl>
      <w:tblPr>
        <w:tblW w:w="12420" w:type="dxa"/>
        <w:tblInd w:w="108" w:type="dxa"/>
        <w:tblLook w:val="04A0" w:firstRow="1" w:lastRow="0" w:firstColumn="1" w:lastColumn="0" w:noHBand="0" w:noVBand="1"/>
      </w:tblPr>
      <w:tblGrid>
        <w:gridCol w:w="12420"/>
      </w:tblGrid>
      <w:tr w:rsidR="0077409B" w:rsidRPr="0077409B" w14:paraId="5F2F8133" w14:textId="77777777" w:rsidTr="0077409B">
        <w:trPr>
          <w:trHeight w:val="315"/>
        </w:trPr>
        <w:tc>
          <w:tcPr>
            <w:tcW w:w="1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00EAB" w14:textId="77777777" w:rsidR="0077409B" w:rsidRPr="0077409B" w:rsidRDefault="0077409B" w:rsidP="0077409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7409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  <w:t>Average serving size is 2 chicken breasts per player + carb serving (2-3 ladels of rice/pasta + veg or salad)</w:t>
            </w:r>
          </w:p>
        </w:tc>
      </w:tr>
      <w:tr w:rsidR="0077409B" w:rsidRPr="0077409B" w14:paraId="09CFB691" w14:textId="77777777" w:rsidTr="0077409B">
        <w:trPr>
          <w:trHeight w:val="315"/>
        </w:trPr>
        <w:tc>
          <w:tcPr>
            <w:tcW w:w="1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C5B84" w14:textId="77777777" w:rsidR="0077409B" w:rsidRPr="0077409B" w:rsidRDefault="0077409B" w:rsidP="0077409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7409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  <w:t>Use performance plates as guide for meals: have printed out version in meal room and for travel</w:t>
            </w:r>
          </w:p>
        </w:tc>
      </w:tr>
      <w:tr w:rsidR="0077409B" w:rsidRPr="0077409B" w14:paraId="690F14D7" w14:textId="77777777" w:rsidTr="0077409B">
        <w:trPr>
          <w:trHeight w:val="315"/>
        </w:trPr>
        <w:tc>
          <w:tcPr>
            <w:tcW w:w="1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B8377" w14:textId="77777777" w:rsidR="0077409B" w:rsidRPr="0077409B" w:rsidRDefault="0077409B" w:rsidP="0077409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7409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  <w:t>Juice available at all meals</w:t>
            </w:r>
          </w:p>
        </w:tc>
      </w:tr>
      <w:tr w:rsidR="0077409B" w:rsidRPr="0077409B" w14:paraId="3846244E" w14:textId="77777777" w:rsidTr="0077409B">
        <w:trPr>
          <w:trHeight w:val="315"/>
        </w:trPr>
        <w:tc>
          <w:tcPr>
            <w:tcW w:w="1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F672F" w14:textId="77777777" w:rsidR="0077409B" w:rsidRPr="0077409B" w:rsidRDefault="0077409B" w:rsidP="0077409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7409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  <w:t>2 protein options at each meal- Never fish only option</w:t>
            </w:r>
          </w:p>
        </w:tc>
      </w:tr>
      <w:tr w:rsidR="0077409B" w:rsidRPr="0077409B" w14:paraId="6B8A683C" w14:textId="77777777" w:rsidTr="0077409B">
        <w:trPr>
          <w:trHeight w:val="315"/>
        </w:trPr>
        <w:tc>
          <w:tcPr>
            <w:tcW w:w="1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BA0F2" w14:textId="77777777" w:rsidR="0077409B" w:rsidRPr="0077409B" w:rsidRDefault="0077409B" w:rsidP="0077409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7409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  <w:t>2 carb options at each meal</w:t>
            </w:r>
          </w:p>
        </w:tc>
      </w:tr>
      <w:tr w:rsidR="0077409B" w:rsidRPr="0077409B" w14:paraId="6AEA0E7D" w14:textId="77777777" w:rsidTr="0077409B">
        <w:trPr>
          <w:trHeight w:val="315"/>
        </w:trPr>
        <w:tc>
          <w:tcPr>
            <w:tcW w:w="1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DBD75" w14:textId="77777777" w:rsidR="0077409B" w:rsidRPr="0077409B" w:rsidRDefault="0077409B" w:rsidP="0077409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7409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  <w:t>2 veg options at each meal</w:t>
            </w:r>
          </w:p>
        </w:tc>
      </w:tr>
      <w:tr w:rsidR="0077409B" w:rsidRPr="0077409B" w14:paraId="582CCC60" w14:textId="77777777" w:rsidTr="0077409B">
        <w:trPr>
          <w:trHeight w:val="315"/>
        </w:trPr>
        <w:tc>
          <w:tcPr>
            <w:tcW w:w="1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ABB36" w14:textId="77777777" w:rsidR="0077409B" w:rsidRPr="0077409B" w:rsidRDefault="0077409B" w:rsidP="0077409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7409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  <w:t xml:space="preserve">Salad, fruit, yogurt bar always available </w:t>
            </w:r>
          </w:p>
        </w:tc>
      </w:tr>
      <w:tr w:rsidR="0077409B" w:rsidRPr="0077409B" w14:paraId="015B4F0B" w14:textId="77777777" w:rsidTr="0077409B">
        <w:trPr>
          <w:trHeight w:val="315"/>
        </w:trPr>
        <w:tc>
          <w:tcPr>
            <w:tcW w:w="1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95CD6" w14:textId="77777777" w:rsidR="0077409B" w:rsidRPr="0077409B" w:rsidRDefault="0077409B" w:rsidP="0077409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7409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  <w:t>Tea, coffee, green tea, still water at all meals</w:t>
            </w:r>
          </w:p>
        </w:tc>
      </w:tr>
      <w:tr w:rsidR="0077409B" w:rsidRPr="0077409B" w14:paraId="7C052A53" w14:textId="77777777" w:rsidTr="0077409B">
        <w:trPr>
          <w:trHeight w:val="315"/>
        </w:trPr>
        <w:tc>
          <w:tcPr>
            <w:tcW w:w="12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79B62" w14:textId="77777777" w:rsidR="0077409B" w:rsidRDefault="0077409B" w:rsidP="0077409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7409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  <w:t xml:space="preserve">All condiments and sauces available </w:t>
            </w:r>
          </w:p>
          <w:p w14:paraId="13B54610" w14:textId="77777777" w:rsidR="0077409B" w:rsidRDefault="0077409B" w:rsidP="0077409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18BE230C" w14:textId="77777777" w:rsidR="0077409B" w:rsidRDefault="0077409B" w:rsidP="0077409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03933D14" w14:textId="77777777" w:rsidR="0077409B" w:rsidRDefault="0077409B" w:rsidP="0077409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48CA86C2" w14:textId="77777777" w:rsidR="0077409B" w:rsidRDefault="0077409B" w:rsidP="0077409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575E51D5" w14:textId="77777777" w:rsidR="0077409B" w:rsidRDefault="0077409B" w:rsidP="0077409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48E4865A" w14:textId="77777777" w:rsidR="0077409B" w:rsidRDefault="0077409B" w:rsidP="0077409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4A449CC2" w14:textId="77777777" w:rsidR="0077409B" w:rsidRDefault="0077409B" w:rsidP="0077409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0E26DB70" w14:textId="77777777" w:rsidR="0077409B" w:rsidRDefault="0077409B" w:rsidP="0077409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09927734" w14:textId="77777777" w:rsidR="0077409B" w:rsidRDefault="0077409B" w:rsidP="0077409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6DDE3D01" w14:textId="77777777" w:rsidR="0077409B" w:rsidRDefault="0077409B" w:rsidP="0077409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26F40F8C" w14:textId="77777777" w:rsidR="0077409B" w:rsidRPr="0077409B" w:rsidRDefault="0077409B" w:rsidP="0077409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00D4FC56" w14:textId="77777777" w:rsidR="0077409B" w:rsidRDefault="0077409B" w:rsidP="0077409B">
      <w:pPr>
        <w:spacing w:after="60"/>
        <w:rPr>
          <w:b/>
          <w:sz w:val="32"/>
        </w:rPr>
      </w:pPr>
    </w:p>
    <w:p w14:paraId="7B5A9E97" w14:textId="77777777" w:rsidR="0077409B" w:rsidRDefault="0077409B">
      <w:pPr>
        <w:spacing w:after="60"/>
        <w:jc w:val="center"/>
        <w:rPr>
          <w:b/>
          <w:sz w:val="32"/>
        </w:rPr>
      </w:pPr>
    </w:p>
    <w:p w14:paraId="6530EAEB" w14:textId="428379CC" w:rsidR="0077409B" w:rsidRDefault="0077409B">
      <w:pPr>
        <w:spacing w:after="60"/>
        <w:jc w:val="center"/>
        <w:rPr>
          <w:b/>
          <w:sz w:val="32"/>
        </w:rPr>
      </w:pPr>
      <w:proofErr w:type="spellStart"/>
      <w:r>
        <w:rPr>
          <w:b/>
          <w:sz w:val="32"/>
        </w:rPr>
        <w:t>Meniu</w:t>
      </w:r>
      <w:proofErr w:type="spellEnd"/>
      <w:r>
        <w:rPr>
          <w:b/>
          <w:sz w:val="32"/>
        </w:rPr>
        <w:t xml:space="preserve"> pt </w:t>
      </w:r>
      <w:proofErr w:type="spellStart"/>
      <w:r>
        <w:rPr>
          <w:b/>
          <w:sz w:val="32"/>
        </w:rPr>
        <w:t>ziua</w:t>
      </w:r>
      <w:proofErr w:type="spellEnd"/>
      <w:r>
        <w:rPr>
          <w:b/>
          <w:sz w:val="32"/>
        </w:rPr>
        <w:t xml:space="preserve"> de </w:t>
      </w:r>
      <w:proofErr w:type="spellStart"/>
      <w:r>
        <w:rPr>
          <w:b/>
          <w:sz w:val="32"/>
        </w:rPr>
        <w:t>meci</w:t>
      </w:r>
      <w:proofErr w:type="spellEnd"/>
    </w:p>
    <w:p w14:paraId="7AB04FBC" w14:textId="77777777" w:rsidR="0077409B" w:rsidRDefault="0077409B">
      <w:pPr>
        <w:spacing w:after="60"/>
        <w:jc w:val="center"/>
        <w:rPr>
          <w:b/>
          <w:sz w:val="32"/>
        </w:rPr>
      </w:pPr>
    </w:p>
    <w:tbl>
      <w:tblPr>
        <w:tblW w:w="5260" w:type="dxa"/>
        <w:tblInd w:w="131" w:type="dxa"/>
        <w:tblLook w:val="04A0" w:firstRow="1" w:lastRow="0" w:firstColumn="1" w:lastColumn="0" w:noHBand="0" w:noVBand="1"/>
      </w:tblPr>
      <w:tblGrid>
        <w:gridCol w:w="5260"/>
      </w:tblGrid>
      <w:tr w:rsidR="0077409B" w:rsidRPr="0077409B" w14:paraId="25EC9BCA" w14:textId="77777777" w:rsidTr="0077409B">
        <w:trPr>
          <w:trHeight w:val="460"/>
        </w:trPr>
        <w:tc>
          <w:tcPr>
            <w:tcW w:w="52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0070C0" w:fill="0070C0"/>
            <w:noWrap/>
            <w:hideMark/>
          </w:tcPr>
          <w:p w14:paraId="25681B50" w14:textId="77777777" w:rsidR="0077409B" w:rsidRPr="0077409B" w:rsidRDefault="0077409B" w:rsidP="0077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77409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Match Day Menu A</w:t>
            </w:r>
          </w:p>
        </w:tc>
      </w:tr>
      <w:tr w:rsidR="0077409B" w:rsidRPr="0077409B" w14:paraId="76558301" w14:textId="77777777" w:rsidTr="0077409B">
        <w:trPr>
          <w:trHeight w:val="460"/>
        </w:trPr>
        <w:tc>
          <w:tcPr>
            <w:tcW w:w="526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noWrap/>
            <w:hideMark/>
          </w:tcPr>
          <w:p w14:paraId="0121520E" w14:textId="77777777" w:rsidR="0077409B" w:rsidRPr="0077409B" w:rsidRDefault="0077409B" w:rsidP="007740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77409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Hotel:</w:t>
            </w:r>
          </w:p>
        </w:tc>
      </w:tr>
      <w:tr w:rsidR="0077409B" w:rsidRPr="0077409B" w14:paraId="26D629F0" w14:textId="77777777" w:rsidTr="0077409B">
        <w:trPr>
          <w:trHeight w:val="460"/>
        </w:trPr>
        <w:tc>
          <w:tcPr>
            <w:tcW w:w="526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noWrap/>
            <w:hideMark/>
          </w:tcPr>
          <w:p w14:paraId="498FA5BD" w14:textId="77777777" w:rsidR="0077409B" w:rsidRPr="0077409B" w:rsidRDefault="0077409B" w:rsidP="007740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77409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Date:</w:t>
            </w:r>
          </w:p>
        </w:tc>
      </w:tr>
      <w:tr w:rsidR="0077409B" w:rsidRPr="0077409B" w14:paraId="6BE1E039" w14:textId="77777777" w:rsidTr="0077409B">
        <w:trPr>
          <w:trHeight w:val="315"/>
        </w:trPr>
        <w:tc>
          <w:tcPr>
            <w:tcW w:w="526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000000" w:fill="FBDAD7"/>
            <w:noWrap/>
            <w:hideMark/>
          </w:tcPr>
          <w:p w14:paraId="0113B3B5" w14:textId="77777777" w:rsidR="0077409B" w:rsidRPr="0077409B" w:rsidRDefault="0077409B" w:rsidP="007740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7740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MAIN COURSE REQUIREMENTS</w:t>
            </w:r>
          </w:p>
        </w:tc>
      </w:tr>
      <w:tr w:rsidR="0077409B" w:rsidRPr="0077409B" w14:paraId="374C96FE" w14:textId="77777777" w:rsidTr="0077409B">
        <w:trPr>
          <w:trHeight w:val="315"/>
        </w:trPr>
        <w:tc>
          <w:tcPr>
            <w:tcW w:w="526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noWrap/>
            <w:hideMark/>
          </w:tcPr>
          <w:p w14:paraId="5363D0C2" w14:textId="77777777" w:rsidR="0077409B" w:rsidRPr="0077409B" w:rsidRDefault="0077409B" w:rsidP="007740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7740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Chicken breasts mix of plain and in BBQ sauce</w:t>
            </w:r>
          </w:p>
        </w:tc>
      </w:tr>
      <w:tr w:rsidR="0077409B" w:rsidRPr="0077409B" w14:paraId="6804368C" w14:textId="77777777" w:rsidTr="0077409B">
        <w:trPr>
          <w:trHeight w:val="315"/>
        </w:trPr>
        <w:tc>
          <w:tcPr>
            <w:tcW w:w="526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noWrap/>
            <w:hideMark/>
          </w:tcPr>
          <w:p w14:paraId="10495310" w14:textId="77777777" w:rsidR="0077409B" w:rsidRPr="0077409B" w:rsidRDefault="0077409B" w:rsidP="007740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7740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Freshly cooked spaghetti with tomato sauce</w:t>
            </w:r>
          </w:p>
        </w:tc>
      </w:tr>
      <w:tr w:rsidR="0077409B" w:rsidRPr="0077409B" w14:paraId="0E15E331" w14:textId="77777777" w:rsidTr="0077409B">
        <w:trPr>
          <w:trHeight w:val="315"/>
        </w:trPr>
        <w:tc>
          <w:tcPr>
            <w:tcW w:w="526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noWrap/>
            <w:hideMark/>
          </w:tcPr>
          <w:p w14:paraId="04AD795F" w14:textId="77777777" w:rsidR="0077409B" w:rsidRPr="0077409B" w:rsidRDefault="0077409B" w:rsidP="007740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7740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White rice or potato wedges</w:t>
            </w:r>
          </w:p>
        </w:tc>
      </w:tr>
      <w:tr w:rsidR="0077409B" w:rsidRPr="0077409B" w14:paraId="023D3326" w14:textId="77777777" w:rsidTr="0077409B">
        <w:trPr>
          <w:trHeight w:val="315"/>
        </w:trPr>
        <w:tc>
          <w:tcPr>
            <w:tcW w:w="526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noWrap/>
            <w:hideMark/>
          </w:tcPr>
          <w:p w14:paraId="78B992AF" w14:textId="77777777" w:rsidR="0077409B" w:rsidRPr="0077409B" w:rsidRDefault="0077409B" w:rsidP="007740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7740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Bread / Rolls to make sandwiches, bagels</w:t>
            </w:r>
          </w:p>
        </w:tc>
      </w:tr>
      <w:tr w:rsidR="0077409B" w:rsidRPr="0077409B" w14:paraId="2664BB45" w14:textId="77777777" w:rsidTr="0077409B">
        <w:trPr>
          <w:trHeight w:val="315"/>
        </w:trPr>
        <w:tc>
          <w:tcPr>
            <w:tcW w:w="526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noWrap/>
            <w:hideMark/>
          </w:tcPr>
          <w:p w14:paraId="00DFD7C1" w14:textId="77777777" w:rsidR="0077409B" w:rsidRPr="0077409B" w:rsidRDefault="0077409B" w:rsidP="007740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7740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Cold Cuts - turkey, ham, beef, chicken</w:t>
            </w:r>
          </w:p>
        </w:tc>
      </w:tr>
      <w:tr w:rsidR="0077409B" w:rsidRPr="0077409B" w14:paraId="66418046" w14:textId="77777777" w:rsidTr="0077409B">
        <w:trPr>
          <w:trHeight w:val="315"/>
        </w:trPr>
        <w:tc>
          <w:tcPr>
            <w:tcW w:w="526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noWrap/>
            <w:hideMark/>
          </w:tcPr>
          <w:p w14:paraId="0170FA5D" w14:textId="77777777" w:rsidR="0077409B" w:rsidRPr="0077409B" w:rsidRDefault="0077409B" w:rsidP="007740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7740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Cheese, avocado, mayo, tomato, lettuce, pickles</w:t>
            </w:r>
          </w:p>
        </w:tc>
      </w:tr>
      <w:tr w:rsidR="0077409B" w:rsidRPr="0077409B" w14:paraId="1137EEE0" w14:textId="77777777" w:rsidTr="0077409B">
        <w:trPr>
          <w:trHeight w:val="315"/>
        </w:trPr>
        <w:tc>
          <w:tcPr>
            <w:tcW w:w="526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000000" w:fill="FBDAD7"/>
            <w:noWrap/>
            <w:hideMark/>
          </w:tcPr>
          <w:p w14:paraId="79E2EA00" w14:textId="77777777" w:rsidR="0077409B" w:rsidRPr="0077409B" w:rsidRDefault="0077409B" w:rsidP="007740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7740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SIDES</w:t>
            </w:r>
          </w:p>
        </w:tc>
      </w:tr>
      <w:tr w:rsidR="0077409B" w:rsidRPr="0077409B" w14:paraId="3A46D3C8" w14:textId="77777777" w:rsidTr="0077409B">
        <w:trPr>
          <w:trHeight w:val="315"/>
        </w:trPr>
        <w:tc>
          <w:tcPr>
            <w:tcW w:w="526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noWrap/>
            <w:hideMark/>
          </w:tcPr>
          <w:p w14:paraId="29D3B801" w14:textId="77777777" w:rsidR="0077409B" w:rsidRPr="0077409B" w:rsidRDefault="0077409B" w:rsidP="007740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7740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Ripe Bananas, apples, grapes</w:t>
            </w:r>
          </w:p>
        </w:tc>
      </w:tr>
      <w:tr w:rsidR="0077409B" w:rsidRPr="0077409B" w14:paraId="4DA44A27" w14:textId="77777777" w:rsidTr="0077409B">
        <w:trPr>
          <w:trHeight w:val="315"/>
        </w:trPr>
        <w:tc>
          <w:tcPr>
            <w:tcW w:w="526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noWrap/>
            <w:hideMark/>
          </w:tcPr>
          <w:p w14:paraId="4A377C31" w14:textId="77777777" w:rsidR="0077409B" w:rsidRPr="0077409B" w:rsidRDefault="0077409B" w:rsidP="007740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7740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Melon and fresh pineapple slices</w:t>
            </w:r>
          </w:p>
        </w:tc>
      </w:tr>
      <w:tr w:rsidR="0077409B" w:rsidRPr="0077409B" w14:paraId="2E961A62" w14:textId="77777777" w:rsidTr="0077409B">
        <w:trPr>
          <w:trHeight w:val="315"/>
        </w:trPr>
        <w:tc>
          <w:tcPr>
            <w:tcW w:w="526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noWrap/>
            <w:hideMark/>
          </w:tcPr>
          <w:p w14:paraId="32BD98A7" w14:textId="77777777" w:rsidR="0077409B" w:rsidRPr="0077409B" w:rsidRDefault="0077409B" w:rsidP="007740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7740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Yoghurts, museli, oatmeal</w:t>
            </w:r>
          </w:p>
        </w:tc>
      </w:tr>
      <w:tr w:rsidR="0077409B" w:rsidRPr="0077409B" w14:paraId="51A41C36" w14:textId="77777777" w:rsidTr="0077409B">
        <w:trPr>
          <w:trHeight w:val="315"/>
        </w:trPr>
        <w:tc>
          <w:tcPr>
            <w:tcW w:w="526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noWrap/>
            <w:hideMark/>
          </w:tcPr>
          <w:p w14:paraId="4F7EE1AA" w14:textId="77777777" w:rsidR="0077409B" w:rsidRPr="0077409B" w:rsidRDefault="0077409B" w:rsidP="007740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7740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Granola</w:t>
            </w:r>
          </w:p>
        </w:tc>
      </w:tr>
      <w:tr w:rsidR="0077409B" w:rsidRPr="0077409B" w14:paraId="33AFA70E" w14:textId="77777777" w:rsidTr="0077409B">
        <w:trPr>
          <w:trHeight w:val="315"/>
        </w:trPr>
        <w:tc>
          <w:tcPr>
            <w:tcW w:w="526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000000" w:fill="FBDAD7"/>
            <w:noWrap/>
            <w:hideMark/>
          </w:tcPr>
          <w:p w14:paraId="1FDB1B36" w14:textId="77777777" w:rsidR="0077409B" w:rsidRPr="0077409B" w:rsidRDefault="0077409B" w:rsidP="007740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77409B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FLUIDS</w:t>
            </w:r>
          </w:p>
        </w:tc>
      </w:tr>
      <w:tr w:rsidR="0077409B" w:rsidRPr="0077409B" w14:paraId="04F5D0CE" w14:textId="77777777" w:rsidTr="0077409B">
        <w:trPr>
          <w:trHeight w:val="315"/>
        </w:trPr>
        <w:tc>
          <w:tcPr>
            <w:tcW w:w="5260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noWrap/>
            <w:hideMark/>
          </w:tcPr>
          <w:p w14:paraId="74A8A604" w14:textId="77777777" w:rsidR="0077409B" w:rsidRPr="0077409B" w:rsidRDefault="0077409B" w:rsidP="007740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77409B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Still water, fruit juice, coffee, tea, smoothies</w:t>
            </w:r>
          </w:p>
        </w:tc>
      </w:tr>
    </w:tbl>
    <w:p w14:paraId="70D12AEE" w14:textId="77777777" w:rsidR="0077409B" w:rsidRDefault="0077409B" w:rsidP="0077409B">
      <w:pPr>
        <w:spacing w:after="60"/>
        <w:rPr>
          <w:b/>
          <w:sz w:val="32"/>
        </w:rPr>
      </w:pPr>
    </w:p>
    <w:p w14:paraId="09521E45" w14:textId="77777777" w:rsidR="0077409B" w:rsidRDefault="0077409B">
      <w:pPr>
        <w:spacing w:after="60"/>
        <w:jc w:val="center"/>
        <w:rPr>
          <w:b/>
          <w:sz w:val="32"/>
        </w:rPr>
      </w:pPr>
    </w:p>
    <w:p w14:paraId="320BF120" w14:textId="77777777" w:rsidR="0077409B" w:rsidRDefault="0077409B">
      <w:pPr>
        <w:spacing w:after="60"/>
        <w:jc w:val="center"/>
        <w:rPr>
          <w:b/>
          <w:sz w:val="32"/>
        </w:rPr>
      </w:pPr>
    </w:p>
    <w:p w14:paraId="792ABE38" w14:textId="77777777" w:rsidR="0077409B" w:rsidRDefault="0077409B">
      <w:pPr>
        <w:spacing w:after="60"/>
        <w:jc w:val="center"/>
        <w:rPr>
          <w:b/>
          <w:sz w:val="32"/>
        </w:rPr>
      </w:pPr>
    </w:p>
    <w:p w14:paraId="6F47AD46" w14:textId="0F2E2AC0" w:rsidR="00836CDF" w:rsidRDefault="00CB44F7">
      <w:pPr>
        <w:spacing w:after="60"/>
        <w:jc w:val="center"/>
      </w:pPr>
      <w:r>
        <w:rPr>
          <w:b/>
          <w:sz w:val="32"/>
        </w:rPr>
        <w:t>Day 1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06"/>
        <w:gridCol w:w="5306"/>
      </w:tblGrid>
      <w:tr w:rsidR="00836CDF" w14:paraId="6E9CA8A3" w14:textId="77777777" w:rsidTr="0077409B">
        <w:trPr>
          <w:jc w:val="center"/>
        </w:trPr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BCF446D" w14:textId="77777777" w:rsidR="00836CDF" w:rsidRDefault="00CB44F7">
            <w:r>
              <w:rPr>
                <w:b/>
              </w:rPr>
              <w:lastRenderedPageBreak/>
              <w:t>Hotel:</w:t>
            </w:r>
          </w:p>
        </w:tc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980D5F3" w14:textId="77777777" w:rsidR="00836CDF" w:rsidRDefault="00836CDF"/>
        </w:tc>
      </w:tr>
      <w:tr w:rsidR="00836CDF" w14:paraId="7AFB7E95" w14:textId="77777777" w:rsidTr="0077409B">
        <w:trPr>
          <w:jc w:val="center"/>
        </w:trPr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AFE5B7F" w14:textId="77777777" w:rsidR="00836CDF" w:rsidRDefault="00CB44F7">
            <w:r>
              <w:rPr>
                <w:b/>
              </w:rPr>
              <w:t>Date:</w:t>
            </w:r>
          </w:p>
        </w:tc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5B08C85D" w14:textId="77777777" w:rsidR="00836CDF" w:rsidRDefault="00836CDF"/>
        </w:tc>
      </w:tr>
    </w:tbl>
    <w:tbl>
      <w:tblPr>
        <w:tblpPr w:leftFromText="180" w:rightFromText="180" w:vertAnchor="text" w:horzAnchor="margin" w:tblpY="31"/>
        <w:tblW w:w="15795" w:type="dxa"/>
        <w:tblLayout w:type="fixed"/>
        <w:tblLook w:val="04A0" w:firstRow="1" w:lastRow="0" w:firstColumn="1" w:lastColumn="0" w:noHBand="0" w:noVBand="1"/>
      </w:tblPr>
      <w:tblGrid>
        <w:gridCol w:w="5265"/>
        <w:gridCol w:w="5265"/>
        <w:gridCol w:w="5265"/>
      </w:tblGrid>
      <w:tr w:rsidR="0077409B" w14:paraId="23E0AA71" w14:textId="77777777" w:rsidTr="0077409B">
        <w:trPr>
          <w:trHeight w:val="985"/>
        </w:trPr>
        <w:tc>
          <w:tcPr>
            <w:tcW w:w="5265" w:type="dxa"/>
            <w:shd w:val="clear" w:color="auto" w:fill="4472C4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F36AB34" w14:textId="77777777" w:rsidR="0077409B" w:rsidRDefault="0077409B" w:rsidP="0077409B">
            <w:pPr>
              <w:jc w:val="center"/>
            </w:pPr>
            <w:r>
              <w:rPr>
                <w:b/>
                <w:color w:val="FFFFFF"/>
                <w:sz w:val="19"/>
              </w:rPr>
              <w:t>Breakfast</w:t>
            </w:r>
          </w:p>
        </w:tc>
        <w:tc>
          <w:tcPr>
            <w:tcW w:w="5265" w:type="dxa"/>
            <w:shd w:val="clear" w:color="auto" w:fill="4472C4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F529340" w14:textId="77777777" w:rsidR="0077409B" w:rsidRDefault="0077409B" w:rsidP="0077409B">
            <w:pPr>
              <w:jc w:val="center"/>
            </w:pPr>
            <w:r>
              <w:rPr>
                <w:b/>
                <w:color w:val="FFFFFF"/>
                <w:sz w:val="19"/>
              </w:rPr>
              <w:t>Lunch</w:t>
            </w:r>
          </w:p>
        </w:tc>
        <w:tc>
          <w:tcPr>
            <w:tcW w:w="5265" w:type="dxa"/>
            <w:shd w:val="clear" w:color="auto" w:fill="4472C4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DE7E247" w14:textId="77777777" w:rsidR="0077409B" w:rsidRDefault="0077409B" w:rsidP="0077409B">
            <w:pPr>
              <w:jc w:val="center"/>
            </w:pPr>
            <w:r>
              <w:rPr>
                <w:b/>
                <w:color w:val="FFFFFF"/>
                <w:sz w:val="19"/>
              </w:rPr>
              <w:t>Dinner</w:t>
            </w:r>
          </w:p>
        </w:tc>
      </w:tr>
      <w:tr w:rsidR="0077409B" w14:paraId="3CA57193" w14:textId="77777777" w:rsidTr="0077409B">
        <w:trPr>
          <w:trHeight w:val="375"/>
        </w:trPr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CF7730F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Porridge</w:t>
            </w:r>
          </w:p>
        </w:tc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C0607A0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Soup of the day</w:t>
            </w:r>
          </w:p>
        </w:tc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E5F64A8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Soup of the day</w:t>
            </w:r>
          </w:p>
        </w:tc>
      </w:tr>
      <w:tr w:rsidR="0077409B" w14:paraId="36A22090" w14:textId="77777777" w:rsidTr="0077409B">
        <w:trPr>
          <w:trHeight w:val="1454"/>
        </w:trPr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202E780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Mueseli /Wetabix /Grain cereal / Granola</w:t>
            </w:r>
          </w:p>
        </w:tc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477DDD6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Salad bar to include: spinach, iceberg lettuce, tomato, avocado, beetroot, red onions, peppers, mushrooms, onions, boiled eggs</w:t>
            </w:r>
            <w:r>
              <w:rPr>
                <w:sz w:val="16"/>
              </w:rPr>
              <w:br/>
              <w:t>Dressings: assorted low-fat options</w:t>
            </w:r>
          </w:p>
        </w:tc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5862764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Salad bar to include: spinach, iceberg lettuce, tomato, avocado, beetroot, red onions, peppers, mushrooms, onions, boiled eggs</w:t>
            </w:r>
            <w:r>
              <w:rPr>
                <w:sz w:val="16"/>
              </w:rPr>
              <w:br/>
              <w:t>Dressings: assorted low-fat options</w:t>
            </w:r>
          </w:p>
        </w:tc>
      </w:tr>
      <w:tr w:rsidR="0077409B" w14:paraId="05300F6B" w14:textId="77777777" w:rsidTr="0077409B">
        <w:trPr>
          <w:trHeight w:val="420"/>
        </w:trPr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4C80A1C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Assorted jams, peanut butter, honey,</w:t>
            </w:r>
          </w:p>
        </w:tc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93886D4" w14:textId="77777777" w:rsidR="0077409B" w:rsidRDefault="0077409B" w:rsidP="0077409B">
            <w:pPr>
              <w:spacing w:after="0" w:line="228" w:lineRule="auto"/>
            </w:pPr>
          </w:p>
        </w:tc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8991E66" w14:textId="77777777" w:rsidR="0077409B" w:rsidRDefault="0077409B" w:rsidP="0077409B">
            <w:pPr>
              <w:spacing w:after="0" w:line="228" w:lineRule="auto"/>
            </w:pPr>
          </w:p>
        </w:tc>
      </w:tr>
      <w:tr w:rsidR="0077409B" w14:paraId="77E8E5D4" w14:textId="77777777" w:rsidTr="0077409B">
        <w:trPr>
          <w:trHeight w:val="702"/>
        </w:trPr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FCC1F9D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Fresh whole fruits to include apples, bananas, oranges, cut melon, berries</w:t>
            </w:r>
          </w:p>
        </w:tc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4E59629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Herbed rice</w:t>
            </w:r>
          </w:p>
        </w:tc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6BE91B7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Spaghetti bolognese</w:t>
            </w:r>
          </w:p>
        </w:tc>
      </w:tr>
      <w:tr w:rsidR="0077409B" w14:paraId="59918439" w14:textId="77777777" w:rsidTr="0077409B">
        <w:trPr>
          <w:trHeight w:val="375"/>
        </w:trPr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CC5F9BD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Eggs - Poached / Fried / Scrambled / Boiled</w:t>
            </w:r>
          </w:p>
        </w:tc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20AADF1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Roasted potato wedges</w:t>
            </w:r>
          </w:p>
        </w:tc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EBFA7B4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Mashed potatoes</w:t>
            </w:r>
          </w:p>
        </w:tc>
      </w:tr>
      <w:tr w:rsidR="0077409B" w14:paraId="49096763" w14:textId="77777777" w:rsidTr="0077409B">
        <w:trPr>
          <w:trHeight w:val="327"/>
        </w:trPr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E8A64C3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Sliced Ham / Grilled Bacon / Chicken Sausage</w:t>
            </w:r>
          </w:p>
        </w:tc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E484F73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Grilled Greek chicken breast</w:t>
            </w:r>
          </w:p>
        </w:tc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71CDAFA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Chicken parmesan</w:t>
            </w:r>
          </w:p>
        </w:tc>
      </w:tr>
      <w:tr w:rsidR="0077409B" w14:paraId="2997BF5C" w14:textId="77777777" w:rsidTr="0077409B">
        <w:trPr>
          <w:trHeight w:val="750"/>
        </w:trPr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8D00E25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Cottage Cheese, Low fat Cheese &amp; Natural Greek Yoghurt</w:t>
            </w:r>
          </w:p>
        </w:tc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0BB585D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Ribeye/sirloin steak</w:t>
            </w:r>
          </w:p>
        </w:tc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E39C719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Meatballs</w:t>
            </w:r>
          </w:p>
        </w:tc>
      </w:tr>
      <w:tr w:rsidR="0077409B" w14:paraId="22EECA4D" w14:textId="77777777" w:rsidTr="0077409B">
        <w:trPr>
          <w:trHeight w:val="702"/>
        </w:trPr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D94E585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Mushrooms , baked beans, grilled mushrooms / tomatoes, peppers</w:t>
            </w:r>
          </w:p>
        </w:tc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435E288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Sauteed green beans</w:t>
            </w:r>
          </w:p>
        </w:tc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2402C42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Roasted carrots in brown butter</w:t>
            </w:r>
          </w:p>
        </w:tc>
      </w:tr>
      <w:tr w:rsidR="0077409B" w14:paraId="22227EC9" w14:textId="77777777" w:rsidTr="0077409B">
        <w:trPr>
          <w:trHeight w:val="327"/>
        </w:trPr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DD3BC39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Selection of Bagels &amp; wholemeal breads</w:t>
            </w:r>
          </w:p>
        </w:tc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EE89EC9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Roasted zucchini and yellow squash</w:t>
            </w:r>
          </w:p>
        </w:tc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D207B2F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Steamed broccolini</w:t>
            </w:r>
          </w:p>
        </w:tc>
      </w:tr>
      <w:tr w:rsidR="0077409B" w14:paraId="7D24F8AD" w14:textId="77777777" w:rsidTr="0077409B">
        <w:trPr>
          <w:trHeight w:val="375"/>
        </w:trPr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066AE27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Jugs of water, tea &amp; coffee, milk</w:t>
            </w:r>
          </w:p>
        </w:tc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E33CC70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Fruit and yogurt bar with granola</w:t>
            </w:r>
          </w:p>
        </w:tc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43695FE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Fruit and yogurt bar with granola</w:t>
            </w:r>
          </w:p>
        </w:tc>
      </w:tr>
      <w:tr w:rsidR="0077409B" w14:paraId="7E9C1799" w14:textId="77777777" w:rsidTr="0077409B">
        <w:trPr>
          <w:trHeight w:val="327"/>
        </w:trPr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E650906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Whole almonds</w:t>
            </w:r>
          </w:p>
        </w:tc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517EE8A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Water, tea/coffee, milk, juice</w:t>
            </w:r>
          </w:p>
        </w:tc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227094A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Water, tea/coffee, milk, juice</w:t>
            </w:r>
          </w:p>
        </w:tc>
      </w:tr>
      <w:tr w:rsidR="0077409B" w14:paraId="5A876765" w14:textId="77777777" w:rsidTr="0077409B">
        <w:trPr>
          <w:trHeight w:val="420"/>
        </w:trPr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5423FDE" w14:textId="77777777" w:rsidR="0077409B" w:rsidRDefault="0077409B" w:rsidP="0077409B">
            <w:pPr>
              <w:spacing w:after="0" w:line="228" w:lineRule="auto"/>
            </w:pPr>
            <w:r>
              <w:rPr>
                <w:sz w:val="16"/>
              </w:rPr>
              <w:t>Fruit smoothie</w:t>
            </w:r>
          </w:p>
        </w:tc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9990815" w14:textId="77777777" w:rsidR="0077409B" w:rsidRDefault="0077409B" w:rsidP="0077409B">
            <w:pPr>
              <w:spacing w:after="0" w:line="228" w:lineRule="auto"/>
            </w:pPr>
          </w:p>
        </w:tc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ED7DEB4" w14:textId="77777777" w:rsidR="0077409B" w:rsidRDefault="0077409B" w:rsidP="0077409B">
            <w:pPr>
              <w:spacing w:after="0" w:line="228" w:lineRule="auto"/>
            </w:pPr>
          </w:p>
        </w:tc>
      </w:tr>
    </w:tbl>
    <w:p w14:paraId="1D34226D" w14:textId="77777777" w:rsidR="00836CDF" w:rsidRDefault="00836CDF">
      <w:pPr>
        <w:spacing w:after="20"/>
      </w:pPr>
    </w:p>
    <w:p w14:paraId="62C4757F" w14:textId="77777777" w:rsidR="00836CDF" w:rsidRDefault="00CB44F7">
      <w:r>
        <w:br w:type="page"/>
      </w:r>
    </w:p>
    <w:p w14:paraId="25DC6E97" w14:textId="77777777" w:rsidR="00836CDF" w:rsidRDefault="00CB44F7">
      <w:pPr>
        <w:spacing w:after="60"/>
        <w:jc w:val="center"/>
      </w:pPr>
      <w:r>
        <w:rPr>
          <w:b/>
          <w:sz w:val="32"/>
        </w:rPr>
        <w:lastRenderedPageBreak/>
        <w:t>Day 2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06"/>
        <w:gridCol w:w="5306"/>
      </w:tblGrid>
      <w:tr w:rsidR="00836CDF" w14:paraId="0C1109EA" w14:textId="77777777">
        <w:trPr>
          <w:jc w:val="center"/>
        </w:trPr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148B6E73" w14:textId="77777777" w:rsidR="00836CDF" w:rsidRDefault="00CB44F7">
            <w:r>
              <w:rPr>
                <w:b/>
              </w:rPr>
              <w:t>Hotel:</w:t>
            </w:r>
          </w:p>
        </w:tc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418F237" w14:textId="77777777" w:rsidR="00836CDF" w:rsidRDefault="00836CDF"/>
        </w:tc>
      </w:tr>
      <w:tr w:rsidR="00836CDF" w14:paraId="18362A9A" w14:textId="77777777">
        <w:trPr>
          <w:jc w:val="center"/>
        </w:trPr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4B618FF" w14:textId="77777777" w:rsidR="00836CDF" w:rsidRDefault="00CB44F7">
            <w:r>
              <w:rPr>
                <w:b/>
              </w:rPr>
              <w:t>Date:</w:t>
            </w:r>
          </w:p>
        </w:tc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58E9B0F2" w14:textId="77777777" w:rsidR="00836CDF" w:rsidRDefault="00836CDF"/>
        </w:tc>
      </w:tr>
    </w:tbl>
    <w:p w14:paraId="710D24FE" w14:textId="77777777" w:rsidR="00836CDF" w:rsidRDefault="00836CDF">
      <w:pPr>
        <w:spacing w:after="20"/>
      </w:pPr>
    </w:p>
    <w:tbl>
      <w:tblPr>
        <w:tblW w:w="15798" w:type="dxa"/>
        <w:jc w:val="center"/>
        <w:tblLayout w:type="fixed"/>
        <w:tblLook w:val="04A0" w:firstRow="1" w:lastRow="0" w:firstColumn="1" w:lastColumn="0" w:noHBand="0" w:noVBand="1"/>
      </w:tblPr>
      <w:tblGrid>
        <w:gridCol w:w="5266"/>
        <w:gridCol w:w="5266"/>
        <w:gridCol w:w="5266"/>
      </w:tblGrid>
      <w:tr w:rsidR="00836CDF" w14:paraId="35790BA9" w14:textId="77777777" w:rsidTr="0077409B">
        <w:trPr>
          <w:trHeight w:val="780"/>
          <w:jc w:val="center"/>
        </w:trPr>
        <w:tc>
          <w:tcPr>
            <w:tcW w:w="5266" w:type="dxa"/>
            <w:shd w:val="clear" w:color="auto" w:fill="4472C4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0511651" w14:textId="77777777" w:rsidR="00836CDF" w:rsidRDefault="00CB44F7">
            <w:pPr>
              <w:jc w:val="center"/>
            </w:pPr>
            <w:r>
              <w:rPr>
                <w:b/>
                <w:color w:val="FFFFFF"/>
                <w:sz w:val="19"/>
              </w:rPr>
              <w:t>Breakfast</w:t>
            </w:r>
          </w:p>
        </w:tc>
        <w:tc>
          <w:tcPr>
            <w:tcW w:w="5266" w:type="dxa"/>
            <w:shd w:val="clear" w:color="auto" w:fill="4472C4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1D1E66F" w14:textId="77777777" w:rsidR="00836CDF" w:rsidRDefault="00CB44F7">
            <w:pPr>
              <w:jc w:val="center"/>
            </w:pPr>
            <w:r>
              <w:rPr>
                <w:b/>
                <w:color w:val="FFFFFF"/>
                <w:sz w:val="19"/>
              </w:rPr>
              <w:t>Lunch</w:t>
            </w:r>
          </w:p>
        </w:tc>
        <w:tc>
          <w:tcPr>
            <w:tcW w:w="5266" w:type="dxa"/>
            <w:shd w:val="clear" w:color="auto" w:fill="4472C4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C821554" w14:textId="77777777" w:rsidR="00836CDF" w:rsidRDefault="00CB44F7">
            <w:pPr>
              <w:jc w:val="center"/>
            </w:pPr>
            <w:r>
              <w:rPr>
                <w:b/>
                <w:color w:val="FFFFFF"/>
                <w:sz w:val="19"/>
              </w:rPr>
              <w:t>Dinner</w:t>
            </w:r>
          </w:p>
        </w:tc>
      </w:tr>
      <w:tr w:rsidR="00836CDF" w14:paraId="674A06D1" w14:textId="77777777" w:rsidTr="0077409B">
        <w:trPr>
          <w:trHeight w:val="297"/>
          <w:jc w:val="center"/>
        </w:trPr>
        <w:tc>
          <w:tcPr>
            <w:tcW w:w="526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FC12B8E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Porridge</w:t>
            </w:r>
          </w:p>
        </w:tc>
        <w:tc>
          <w:tcPr>
            <w:tcW w:w="526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0B0ECA2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Soup of the day</w:t>
            </w:r>
          </w:p>
        </w:tc>
        <w:tc>
          <w:tcPr>
            <w:tcW w:w="526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E72DB0C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Soup of the day</w:t>
            </w:r>
          </w:p>
        </w:tc>
      </w:tr>
      <w:tr w:rsidR="00836CDF" w14:paraId="504880ED" w14:textId="77777777" w:rsidTr="0077409B">
        <w:trPr>
          <w:trHeight w:val="1152"/>
          <w:jc w:val="center"/>
        </w:trPr>
        <w:tc>
          <w:tcPr>
            <w:tcW w:w="526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DF46741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Mueseli /Wetabix /Grain cereal / Granola</w:t>
            </w:r>
          </w:p>
        </w:tc>
        <w:tc>
          <w:tcPr>
            <w:tcW w:w="526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429EE99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Salad bar to include: spinach, iceberg lettuce, tomato, avocado, beetroot, red onions, peppers, mushrooms, onions, boiled eggs</w:t>
            </w:r>
            <w:r>
              <w:rPr>
                <w:sz w:val="16"/>
              </w:rPr>
              <w:br/>
              <w:t>Dressings: assorted low-fat options</w:t>
            </w:r>
          </w:p>
        </w:tc>
        <w:tc>
          <w:tcPr>
            <w:tcW w:w="526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7B33016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Salad bar to include: spinach, iceberg lettuce, tomato, avocado, beetroot, red onions, peppers, mushrooms, onions, boiled eggs</w:t>
            </w:r>
            <w:r>
              <w:rPr>
                <w:sz w:val="16"/>
              </w:rPr>
              <w:br/>
              <w:t>Dressings: assorted low-fat options</w:t>
            </w:r>
          </w:p>
        </w:tc>
      </w:tr>
      <w:tr w:rsidR="00836CDF" w14:paraId="43B49CA5" w14:textId="77777777" w:rsidTr="0077409B">
        <w:trPr>
          <w:trHeight w:val="333"/>
          <w:jc w:val="center"/>
        </w:trPr>
        <w:tc>
          <w:tcPr>
            <w:tcW w:w="526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886E223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Assorted jams, peanut butter, honey,</w:t>
            </w:r>
          </w:p>
        </w:tc>
        <w:tc>
          <w:tcPr>
            <w:tcW w:w="526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99E0A9E" w14:textId="77777777" w:rsidR="00836CDF" w:rsidRDefault="00836CDF">
            <w:pPr>
              <w:spacing w:after="0" w:line="228" w:lineRule="auto"/>
            </w:pPr>
          </w:p>
        </w:tc>
        <w:tc>
          <w:tcPr>
            <w:tcW w:w="526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F0A282F" w14:textId="77777777" w:rsidR="00836CDF" w:rsidRDefault="00836CDF">
            <w:pPr>
              <w:spacing w:after="0" w:line="228" w:lineRule="auto"/>
            </w:pPr>
          </w:p>
        </w:tc>
      </w:tr>
      <w:tr w:rsidR="00836CDF" w14:paraId="7EEB5CC9" w14:textId="77777777" w:rsidTr="0077409B">
        <w:trPr>
          <w:trHeight w:val="557"/>
          <w:jc w:val="center"/>
        </w:trPr>
        <w:tc>
          <w:tcPr>
            <w:tcW w:w="526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2EA2C4E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Fresh whole fruits to include apples, bananas, oranges, cut melon, berries</w:t>
            </w:r>
          </w:p>
        </w:tc>
        <w:tc>
          <w:tcPr>
            <w:tcW w:w="526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CB24EF3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Spanish rice</w:t>
            </w:r>
          </w:p>
        </w:tc>
        <w:tc>
          <w:tcPr>
            <w:tcW w:w="526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F8BBD57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White rice</w:t>
            </w:r>
          </w:p>
        </w:tc>
      </w:tr>
      <w:tr w:rsidR="00836CDF" w14:paraId="03CCC717" w14:textId="77777777" w:rsidTr="0077409B">
        <w:trPr>
          <w:trHeight w:val="297"/>
          <w:jc w:val="center"/>
        </w:trPr>
        <w:tc>
          <w:tcPr>
            <w:tcW w:w="526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6539557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Eggs - Poached / Fried / Scrambled / Boiled</w:t>
            </w:r>
          </w:p>
        </w:tc>
        <w:tc>
          <w:tcPr>
            <w:tcW w:w="526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F94E9EB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Corn and flour tortillas</w:t>
            </w:r>
          </w:p>
        </w:tc>
        <w:tc>
          <w:tcPr>
            <w:tcW w:w="526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EDEC8DE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Soba noodles</w:t>
            </w:r>
          </w:p>
        </w:tc>
      </w:tr>
      <w:tr w:rsidR="00836CDF" w14:paraId="198560B4" w14:textId="77777777" w:rsidTr="0077409B">
        <w:trPr>
          <w:trHeight w:val="259"/>
          <w:jc w:val="center"/>
        </w:trPr>
        <w:tc>
          <w:tcPr>
            <w:tcW w:w="526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1FE7A0C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Sliced Ham / Grilled Bacon / Chicken Sausage</w:t>
            </w:r>
          </w:p>
        </w:tc>
        <w:tc>
          <w:tcPr>
            <w:tcW w:w="526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A9CFD24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Ground beef</w:t>
            </w:r>
          </w:p>
        </w:tc>
        <w:tc>
          <w:tcPr>
            <w:tcW w:w="526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3A845A9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Chicken teriyaki</w:t>
            </w:r>
          </w:p>
        </w:tc>
      </w:tr>
      <w:tr w:rsidR="00836CDF" w14:paraId="03F58FB4" w14:textId="77777777" w:rsidTr="0077409B">
        <w:trPr>
          <w:trHeight w:val="595"/>
          <w:jc w:val="center"/>
        </w:trPr>
        <w:tc>
          <w:tcPr>
            <w:tcW w:w="526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CDB9A0E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Cottage Cheese, Low fat Cheese &amp; Natural Greek Yoghurt</w:t>
            </w:r>
          </w:p>
        </w:tc>
        <w:tc>
          <w:tcPr>
            <w:tcW w:w="526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FB1DB8E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Chicken tinga</w:t>
            </w:r>
          </w:p>
        </w:tc>
        <w:tc>
          <w:tcPr>
            <w:tcW w:w="526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540D9EF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Salmon teriyaki</w:t>
            </w:r>
          </w:p>
        </w:tc>
      </w:tr>
      <w:tr w:rsidR="00836CDF" w14:paraId="66D5D765" w14:textId="77777777" w:rsidTr="0077409B">
        <w:trPr>
          <w:trHeight w:val="557"/>
          <w:jc w:val="center"/>
        </w:trPr>
        <w:tc>
          <w:tcPr>
            <w:tcW w:w="526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E9692C0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Mushrooms , baked beans, grilled mushrooms / tomatoes, peppers</w:t>
            </w:r>
          </w:p>
        </w:tc>
        <w:tc>
          <w:tcPr>
            <w:tcW w:w="526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188CFF3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Black beans</w:t>
            </w:r>
          </w:p>
        </w:tc>
        <w:tc>
          <w:tcPr>
            <w:tcW w:w="526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89E9564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Edamame</w:t>
            </w:r>
          </w:p>
        </w:tc>
      </w:tr>
      <w:tr w:rsidR="00836CDF" w14:paraId="33F0B15A" w14:textId="77777777" w:rsidTr="0077409B">
        <w:trPr>
          <w:trHeight w:val="259"/>
          <w:jc w:val="center"/>
        </w:trPr>
        <w:tc>
          <w:tcPr>
            <w:tcW w:w="526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4B53521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Selection of Bagels &amp; wholemeal breads</w:t>
            </w:r>
          </w:p>
        </w:tc>
        <w:tc>
          <w:tcPr>
            <w:tcW w:w="526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6C3FAFF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Elotes/corn on the cob</w:t>
            </w:r>
          </w:p>
        </w:tc>
        <w:tc>
          <w:tcPr>
            <w:tcW w:w="526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780D178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Shishito peppers</w:t>
            </w:r>
          </w:p>
        </w:tc>
      </w:tr>
      <w:tr w:rsidR="00836CDF" w14:paraId="6C3DE42F" w14:textId="77777777" w:rsidTr="0077409B">
        <w:trPr>
          <w:trHeight w:val="595"/>
          <w:jc w:val="center"/>
        </w:trPr>
        <w:tc>
          <w:tcPr>
            <w:tcW w:w="526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3D08B7C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Jugs of water, tea &amp; coffee, milk</w:t>
            </w:r>
          </w:p>
        </w:tc>
        <w:tc>
          <w:tcPr>
            <w:tcW w:w="526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283D9F4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Guacamole, salsa, sour cream, cheese, lettuce, pico de gallo</w:t>
            </w:r>
          </w:p>
        </w:tc>
        <w:tc>
          <w:tcPr>
            <w:tcW w:w="526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74D5189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Roasted bell peppers, onion, broccoli</w:t>
            </w:r>
          </w:p>
        </w:tc>
      </w:tr>
      <w:tr w:rsidR="00836CDF" w14:paraId="04EFC46D" w14:textId="77777777" w:rsidTr="0077409B">
        <w:trPr>
          <w:trHeight w:val="259"/>
          <w:jc w:val="center"/>
        </w:trPr>
        <w:tc>
          <w:tcPr>
            <w:tcW w:w="526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D67E32D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Whole almonds</w:t>
            </w:r>
          </w:p>
        </w:tc>
        <w:tc>
          <w:tcPr>
            <w:tcW w:w="526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582F1D1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Fruit and yogurt bar with granola</w:t>
            </w:r>
          </w:p>
        </w:tc>
        <w:tc>
          <w:tcPr>
            <w:tcW w:w="526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B83A8CD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Fruit and yogurt bar with granola</w:t>
            </w:r>
          </w:p>
        </w:tc>
      </w:tr>
      <w:tr w:rsidR="00836CDF" w14:paraId="116C9798" w14:textId="77777777" w:rsidTr="0077409B">
        <w:trPr>
          <w:trHeight w:val="297"/>
          <w:jc w:val="center"/>
        </w:trPr>
        <w:tc>
          <w:tcPr>
            <w:tcW w:w="526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D4F3820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Fruit smoothie</w:t>
            </w:r>
          </w:p>
        </w:tc>
        <w:tc>
          <w:tcPr>
            <w:tcW w:w="526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3291C1C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Water, tea/coffee, milk, juice</w:t>
            </w:r>
          </w:p>
        </w:tc>
        <w:tc>
          <w:tcPr>
            <w:tcW w:w="526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B283B02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Water, tea/coffee, milk, juice</w:t>
            </w:r>
          </w:p>
        </w:tc>
      </w:tr>
    </w:tbl>
    <w:p w14:paraId="0E0049DC" w14:textId="77777777" w:rsidR="00836CDF" w:rsidRDefault="00CB44F7">
      <w:r>
        <w:br w:type="page"/>
      </w:r>
    </w:p>
    <w:p w14:paraId="3C1E33C5" w14:textId="77777777" w:rsidR="00836CDF" w:rsidRDefault="00CB44F7">
      <w:pPr>
        <w:spacing w:after="60"/>
        <w:jc w:val="center"/>
      </w:pPr>
      <w:r>
        <w:rPr>
          <w:b/>
          <w:sz w:val="32"/>
        </w:rPr>
        <w:lastRenderedPageBreak/>
        <w:t>Day 3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06"/>
        <w:gridCol w:w="5306"/>
      </w:tblGrid>
      <w:tr w:rsidR="00836CDF" w14:paraId="590FF6B7" w14:textId="77777777">
        <w:trPr>
          <w:jc w:val="center"/>
        </w:trPr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6DB4E4E8" w14:textId="77777777" w:rsidR="00836CDF" w:rsidRDefault="00CB44F7">
            <w:r>
              <w:rPr>
                <w:b/>
              </w:rPr>
              <w:t>Hotel:</w:t>
            </w:r>
          </w:p>
        </w:tc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FBE780A" w14:textId="77777777" w:rsidR="00836CDF" w:rsidRDefault="00836CDF"/>
        </w:tc>
      </w:tr>
      <w:tr w:rsidR="00836CDF" w14:paraId="21BC6929" w14:textId="77777777">
        <w:trPr>
          <w:jc w:val="center"/>
        </w:trPr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5478B793" w14:textId="77777777" w:rsidR="00836CDF" w:rsidRDefault="00CB44F7">
            <w:r>
              <w:rPr>
                <w:b/>
              </w:rPr>
              <w:t>Date:</w:t>
            </w:r>
          </w:p>
        </w:tc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36276E3A" w14:textId="77777777" w:rsidR="00836CDF" w:rsidRDefault="00836CDF"/>
        </w:tc>
      </w:tr>
    </w:tbl>
    <w:p w14:paraId="541B0550" w14:textId="77777777" w:rsidR="00836CDF" w:rsidRDefault="00836CDF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16"/>
        <w:gridCol w:w="5216"/>
        <w:gridCol w:w="5216"/>
      </w:tblGrid>
      <w:tr w:rsidR="00836CDF" w14:paraId="28478F5F" w14:textId="77777777" w:rsidTr="0077409B">
        <w:trPr>
          <w:trHeight w:val="833"/>
          <w:jc w:val="center"/>
        </w:trPr>
        <w:tc>
          <w:tcPr>
            <w:tcW w:w="5216" w:type="dxa"/>
            <w:shd w:val="clear" w:color="auto" w:fill="4472C4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BA7A97A" w14:textId="77777777" w:rsidR="00836CDF" w:rsidRDefault="00CB44F7">
            <w:pPr>
              <w:jc w:val="center"/>
            </w:pPr>
            <w:r>
              <w:rPr>
                <w:b/>
                <w:color w:val="FFFFFF"/>
                <w:sz w:val="19"/>
              </w:rPr>
              <w:t>Breakfast</w:t>
            </w:r>
          </w:p>
        </w:tc>
        <w:tc>
          <w:tcPr>
            <w:tcW w:w="5216" w:type="dxa"/>
            <w:shd w:val="clear" w:color="auto" w:fill="4472C4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A1D77DF" w14:textId="77777777" w:rsidR="00836CDF" w:rsidRDefault="00CB44F7">
            <w:pPr>
              <w:jc w:val="center"/>
            </w:pPr>
            <w:r>
              <w:rPr>
                <w:b/>
                <w:color w:val="FFFFFF"/>
                <w:sz w:val="19"/>
              </w:rPr>
              <w:t>Lunch</w:t>
            </w:r>
          </w:p>
        </w:tc>
        <w:tc>
          <w:tcPr>
            <w:tcW w:w="5216" w:type="dxa"/>
            <w:shd w:val="clear" w:color="auto" w:fill="4472C4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78C9BF3" w14:textId="77777777" w:rsidR="00836CDF" w:rsidRDefault="00CB44F7">
            <w:pPr>
              <w:jc w:val="center"/>
            </w:pPr>
            <w:r>
              <w:rPr>
                <w:b/>
                <w:color w:val="FFFFFF"/>
                <w:sz w:val="19"/>
              </w:rPr>
              <w:t>Dinner</w:t>
            </w:r>
          </w:p>
        </w:tc>
      </w:tr>
      <w:tr w:rsidR="00836CDF" w14:paraId="464A6BBD" w14:textId="77777777" w:rsidTr="0077409B">
        <w:trPr>
          <w:trHeight w:val="317"/>
          <w:jc w:val="center"/>
        </w:trPr>
        <w:tc>
          <w:tcPr>
            <w:tcW w:w="521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C53FE09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Porridge</w:t>
            </w:r>
          </w:p>
        </w:tc>
        <w:tc>
          <w:tcPr>
            <w:tcW w:w="521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D4586E6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Soup of the day</w:t>
            </w:r>
          </w:p>
        </w:tc>
        <w:tc>
          <w:tcPr>
            <w:tcW w:w="521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F54E10D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Soup of the day</w:t>
            </w:r>
          </w:p>
        </w:tc>
      </w:tr>
      <w:tr w:rsidR="00836CDF" w14:paraId="2C78B867" w14:textId="77777777" w:rsidTr="0077409B">
        <w:trPr>
          <w:trHeight w:val="1231"/>
          <w:jc w:val="center"/>
        </w:trPr>
        <w:tc>
          <w:tcPr>
            <w:tcW w:w="521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0141E75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Mueseli /Wetabix /Grain cereal / Granola</w:t>
            </w:r>
          </w:p>
        </w:tc>
        <w:tc>
          <w:tcPr>
            <w:tcW w:w="521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EE13E75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Salad bar to include: spinach, iceberg lettuce, tomato, avocado, beetroot, red onions, peppers, mushrooms, onions, boiled eggs</w:t>
            </w:r>
            <w:r>
              <w:rPr>
                <w:sz w:val="16"/>
              </w:rPr>
              <w:br/>
              <w:t>Dressings: assorted low-fat options</w:t>
            </w:r>
          </w:p>
        </w:tc>
        <w:tc>
          <w:tcPr>
            <w:tcW w:w="521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225BAB5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Salad bar to include: spinach, iceberg lettuce, tomato, avocado, beetroot, red onions, peppers, mushrooms, onions, boiled eggs</w:t>
            </w:r>
            <w:r>
              <w:rPr>
                <w:sz w:val="16"/>
              </w:rPr>
              <w:br/>
              <w:t>Dressings: assorted low-fat options</w:t>
            </w:r>
          </w:p>
        </w:tc>
      </w:tr>
      <w:tr w:rsidR="00836CDF" w14:paraId="6CEBD4BA" w14:textId="77777777" w:rsidTr="0077409B">
        <w:trPr>
          <w:trHeight w:val="356"/>
          <w:jc w:val="center"/>
        </w:trPr>
        <w:tc>
          <w:tcPr>
            <w:tcW w:w="521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E470AA1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Assorted jams, peanut butter, honey,</w:t>
            </w:r>
          </w:p>
        </w:tc>
        <w:tc>
          <w:tcPr>
            <w:tcW w:w="521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66F99B4" w14:textId="77777777" w:rsidR="00836CDF" w:rsidRDefault="00836CDF">
            <w:pPr>
              <w:spacing w:after="0" w:line="228" w:lineRule="auto"/>
            </w:pPr>
          </w:p>
        </w:tc>
        <w:tc>
          <w:tcPr>
            <w:tcW w:w="521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26878B7" w14:textId="77777777" w:rsidR="00836CDF" w:rsidRDefault="00836CDF">
            <w:pPr>
              <w:spacing w:after="0" w:line="228" w:lineRule="auto"/>
            </w:pPr>
          </w:p>
        </w:tc>
      </w:tr>
      <w:tr w:rsidR="00836CDF" w14:paraId="462C1E69" w14:textId="77777777" w:rsidTr="0077409B">
        <w:trPr>
          <w:trHeight w:val="595"/>
          <w:jc w:val="center"/>
        </w:trPr>
        <w:tc>
          <w:tcPr>
            <w:tcW w:w="521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E4CD204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Fresh whole fruits to include apples, bananas, oranges, cut melon, berries</w:t>
            </w:r>
          </w:p>
        </w:tc>
        <w:tc>
          <w:tcPr>
            <w:tcW w:w="521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421B340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Buns (white, whole grain, brioche)</w:t>
            </w:r>
          </w:p>
        </w:tc>
        <w:tc>
          <w:tcPr>
            <w:tcW w:w="521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BE68940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Pita bread</w:t>
            </w:r>
          </w:p>
        </w:tc>
      </w:tr>
      <w:tr w:rsidR="00836CDF" w14:paraId="7C05DFDF" w14:textId="77777777" w:rsidTr="0077409B">
        <w:trPr>
          <w:trHeight w:val="317"/>
          <w:jc w:val="center"/>
        </w:trPr>
        <w:tc>
          <w:tcPr>
            <w:tcW w:w="521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5978AE5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Eggs - Poached / Fried / Scrambled / Boiled</w:t>
            </w:r>
          </w:p>
        </w:tc>
        <w:tc>
          <w:tcPr>
            <w:tcW w:w="521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1B84A7C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Herb roasted potatoes</w:t>
            </w:r>
          </w:p>
        </w:tc>
        <w:tc>
          <w:tcPr>
            <w:tcW w:w="521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60E41F9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Garlic &amp; herb rice</w:t>
            </w:r>
          </w:p>
        </w:tc>
      </w:tr>
      <w:tr w:rsidR="00836CDF" w14:paraId="61CF88C6" w14:textId="77777777" w:rsidTr="0077409B">
        <w:trPr>
          <w:trHeight w:val="277"/>
          <w:jc w:val="center"/>
        </w:trPr>
        <w:tc>
          <w:tcPr>
            <w:tcW w:w="521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86A55DE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Sliced Ham / Grilled Bacon / Chicken Sausage</w:t>
            </w:r>
          </w:p>
        </w:tc>
        <w:tc>
          <w:tcPr>
            <w:tcW w:w="521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26CCFAE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Pulled pork</w:t>
            </w:r>
          </w:p>
        </w:tc>
        <w:tc>
          <w:tcPr>
            <w:tcW w:w="521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3684297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Peri peri chicken thighs</w:t>
            </w:r>
          </w:p>
        </w:tc>
      </w:tr>
      <w:tr w:rsidR="00836CDF" w14:paraId="024A88C9" w14:textId="77777777" w:rsidTr="0077409B">
        <w:trPr>
          <w:trHeight w:val="635"/>
          <w:jc w:val="center"/>
        </w:trPr>
        <w:tc>
          <w:tcPr>
            <w:tcW w:w="521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1BEFFAD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Cottage Cheese, Low fat Cheese &amp; Natural Greek Yoghurt</w:t>
            </w:r>
          </w:p>
        </w:tc>
        <w:tc>
          <w:tcPr>
            <w:tcW w:w="521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7637154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Grilled chicken breast</w:t>
            </w:r>
          </w:p>
        </w:tc>
        <w:tc>
          <w:tcPr>
            <w:tcW w:w="521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CFF897E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Ribeye/sirloin steak with chimichurri</w:t>
            </w:r>
          </w:p>
        </w:tc>
      </w:tr>
      <w:tr w:rsidR="00836CDF" w14:paraId="68F46BEB" w14:textId="77777777" w:rsidTr="0077409B">
        <w:trPr>
          <w:trHeight w:val="595"/>
          <w:jc w:val="center"/>
        </w:trPr>
        <w:tc>
          <w:tcPr>
            <w:tcW w:w="521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06E2A9D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Mushrooms , baked beans, grilled mushrooms / tomatoes, peppers</w:t>
            </w:r>
          </w:p>
        </w:tc>
        <w:tc>
          <w:tcPr>
            <w:tcW w:w="521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D65873B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Cole slaw, baked beans</w:t>
            </w:r>
          </w:p>
        </w:tc>
        <w:tc>
          <w:tcPr>
            <w:tcW w:w="521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B01A3C4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Roasted eggplant, tomatoes, and zucchini</w:t>
            </w:r>
          </w:p>
        </w:tc>
      </w:tr>
      <w:tr w:rsidR="00836CDF" w14:paraId="4B49EF62" w14:textId="77777777" w:rsidTr="0077409B">
        <w:trPr>
          <w:trHeight w:val="277"/>
          <w:jc w:val="center"/>
        </w:trPr>
        <w:tc>
          <w:tcPr>
            <w:tcW w:w="521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3DD0EC9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Selection of Bagels &amp; wholemeal breads</w:t>
            </w:r>
          </w:p>
        </w:tc>
        <w:tc>
          <w:tcPr>
            <w:tcW w:w="521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28CE486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Roasted beets + goat cheese</w:t>
            </w:r>
          </w:p>
        </w:tc>
        <w:tc>
          <w:tcPr>
            <w:tcW w:w="521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227C8AB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Hummus, tzatziki</w:t>
            </w:r>
          </w:p>
        </w:tc>
      </w:tr>
      <w:tr w:rsidR="00836CDF" w14:paraId="79A000C3" w14:textId="77777777" w:rsidTr="0077409B">
        <w:trPr>
          <w:trHeight w:val="317"/>
          <w:jc w:val="center"/>
        </w:trPr>
        <w:tc>
          <w:tcPr>
            <w:tcW w:w="521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E716355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Jugs of water, tea &amp; coffee, milk</w:t>
            </w:r>
          </w:p>
        </w:tc>
        <w:tc>
          <w:tcPr>
            <w:tcW w:w="521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EFCB7D5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Toppings for sandwiches</w:t>
            </w:r>
          </w:p>
        </w:tc>
        <w:tc>
          <w:tcPr>
            <w:tcW w:w="521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02514EA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Fruit and yogurt bar with granola</w:t>
            </w:r>
          </w:p>
        </w:tc>
      </w:tr>
      <w:tr w:rsidR="00836CDF" w14:paraId="0074E2D2" w14:textId="77777777" w:rsidTr="0077409B">
        <w:trPr>
          <w:trHeight w:val="277"/>
          <w:jc w:val="center"/>
        </w:trPr>
        <w:tc>
          <w:tcPr>
            <w:tcW w:w="521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A4A3C0B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Whole almonds</w:t>
            </w:r>
          </w:p>
        </w:tc>
        <w:tc>
          <w:tcPr>
            <w:tcW w:w="521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CEE2792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Fruit and yogurt bar with granola</w:t>
            </w:r>
          </w:p>
        </w:tc>
        <w:tc>
          <w:tcPr>
            <w:tcW w:w="5216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770E102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Water, tea/coffee, milk, juice</w:t>
            </w:r>
          </w:p>
        </w:tc>
      </w:tr>
      <w:tr w:rsidR="00836CDF" w14:paraId="19624193" w14:textId="77777777" w:rsidTr="0077409B">
        <w:trPr>
          <w:trHeight w:val="356"/>
          <w:jc w:val="center"/>
        </w:trPr>
        <w:tc>
          <w:tcPr>
            <w:tcW w:w="521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F2E44A5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Fruit smoothie</w:t>
            </w:r>
          </w:p>
        </w:tc>
        <w:tc>
          <w:tcPr>
            <w:tcW w:w="521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D0C23D1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Water, tea/coffee, milk, juice</w:t>
            </w:r>
          </w:p>
        </w:tc>
        <w:tc>
          <w:tcPr>
            <w:tcW w:w="5216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5C6DEE7" w14:textId="77777777" w:rsidR="00836CDF" w:rsidRDefault="00836CDF">
            <w:pPr>
              <w:spacing w:after="0" w:line="228" w:lineRule="auto"/>
            </w:pPr>
          </w:p>
        </w:tc>
      </w:tr>
    </w:tbl>
    <w:p w14:paraId="697A6F54" w14:textId="77777777" w:rsidR="00836CDF" w:rsidRDefault="00CB44F7">
      <w:r>
        <w:br w:type="page"/>
      </w:r>
    </w:p>
    <w:p w14:paraId="190DDBEF" w14:textId="77777777" w:rsidR="00836CDF" w:rsidRDefault="00CB44F7">
      <w:pPr>
        <w:spacing w:after="60"/>
        <w:jc w:val="center"/>
      </w:pPr>
      <w:r>
        <w:rPr>
          <w:b/>
          <w:sz w:val="32"/>
        </w:rPr>
        <w:lastRenderedPageBreak/>
        <w:t>Day 4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06"/>
        <w:gridCol w:w="5306"/>
      </w:tblGrid>
      <w:tr w:rsidR="00836CDF" w14:paraId="15D8E6E3" w14:textId="77777777">
        <w:trPr>
          <w:jc w:val="center"/>
        </w:trPr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3BB2150" w14:textId="77777777" w:rsidR="00836CDF" w:rsidRDefault="00CB44F7">
            <w:r>
              <w:rPr>
                <w:b/>
              </w:rPr>
              <w:t>Hotel:</w:t>
            </w:r>
          </w:p>
        </w:tc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7CF9CA75" w14:textId="77777777" w:rsidR="00836CDF" w:rsidRDefault="00836CDF"/>
        </w:tc>
      </w:tr>
      <w:tr w:rsidR="00836CDF" w14:paraId="01C23ECC" w14:textId="77777777">
        <w:trPr>
          <w:jc w:val="center"/>
        </w:trPr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3D1E5A06" w14:textId="77777777" w:rsidR="00836CDF" w:rsidRDefault="00CB44F7">
            <w:r>
              <w:rPr>
                <w:b/>
              </w:rPr>
              <w:t>Date:</w:t>
            </w:r>
          </w:p>
        </w:tc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50705D90" w14:textId="77777777" w:rsidR="00836CDF" w:rsidRDefault="00836CDF"/>
        </w:tc>
      </w:tr>
    </w:tbl>
    <w:p w14:paraId="13EFD7A7" w14:textId="77777777" w:rsidR="00836CDF" w:rsidRDefault="00836CDF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72"/>
        <w:gridCol w:w="5172"/>
        <w:gridCol w:w="5172"/>
      </w:tblGrid>
      <w:tr w:rsidR="00836CDF" w14:paraId="195E2CE0" w14:textId="77777777" w:rsidTr="0077409B">
        <w:trPr>
          <w:trHeight w:val="801"/>
          <w:jc w:val="center"/>
        </w:trPr>
        <w:tc>
          <w:tcPr>
            <w:tcW w:w="5172" w:type="dxa"/>
            <w:shd w:val="clear" w:color="auto" w:fill="4472C4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330D658" w14:textId="77777777" w:rsidR="00836CDF" w:rsidRDefault="00CB44F7">
            <w:pPr>
              <w:jc w:val="center"/>
            </w:pPr>
            <w:r>
              <w:rPr>
                <w:b/>
                <w:color w:val="FFFFFF"/>
                <w:sz w:val="19"/>
              </w:rPr>
              <w:t>Breakfast</w:t>
            </w:r>
          </w:p>
        </w:tc>
        <w:tc>
          <w:tcPr>
            <w:tcW w:w="5172" w:type="dxa"/>
            <w:shd w:val="clear" w:color="auto" w:fill="4472C4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39BD30C" w14:textId="77777777" w:rsidR="00836CDF" w:rsidRDefault="00CB44F7">
            <w:pPr>
              <w:jc w:val="center"/>
            </w:pPr>
            <w:r>
              <w:rPr>
                <w:b/>
                <w:color w:val="FFFFFF"/>
                <w:sz w:val="19"/>
              </w:rPr>
              <w:t>Lunch</w:t>
            </w:r>
          </w:p>
        </w:tc>
        <w:tc>
          <w:tcPr>
            <w:tcW w:w="5172" w:type="dxa"/>
            <w:shd w:val="clear" w:color="auto" w:fill="4472C4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BFC4E8B" w14:textId="77777777" w:rsidR="00836CDF" w:rsidRDefault="00CB44F7">
            <w:pPr>
              <w:jc w:val="center"/>
            </w:pPr>
            <w:r>
              <w:rPr>
                <w:b/>
                <w:color w:val="FFFFFF"/>
                <w:sz w:val="19"/>
              </w:rPr>
              <w:t>Dinner</w:t>
            </w:r>
          </w:p>
        </w:tc>
      </w:tr>
      <w:tr w:rsidR="00836CDF" w14:paraId="717B9588" w14:textId="77777777" w:rsidTr="0077409B">
        <w:trPr>
          <w:trHeight w:val="305"/>
          <w:jc w:val="center"/>
        </w:trPr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CEC42F3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Porridge</w:t>
            </w:r>
          </w:p>
        </w:tc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ED13940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Soup of the day</w:t>
            </w:r>
          </w:p>
        </w:tc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B8DFEFA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Soup of the day</w:t>
            </w:r>
          </w:p>
        </w:tc>
      </w:tr>
      <w:tr w:rsidR="00836CDF" w14:paraId="0C521908" w14:textId="77777777" w:rsidTr="0077409B">
        <w:trPr>
          <w:trHeight w:val="1184"/>
          <w:jc w:val="center"/>
        </w:trPr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D248502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Mueseli /Wetabix /Grain cereal / Granola</w:t>
            </w:r>
          </w:p>
        </w:tc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D0F6847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Salad bar to include: spinach, iceberg lettuce, tomato, avocado, beetroot, red onions, peppers, mushrooms, onions, boiled eggs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t>Dressings: assorted low-fat options</w:t>
            </w:r>
          </w:p>
        </w:tc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32061BC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Salad bar to include: spinach, iceberg lettuce, tomato, avocado, beetroot, red onions, peppers, mushrooms, onions, boiled eggs</w:t>
            </w:r>
            <w:r>
              <w:rPr>
                <w:sz w:val="16"/>
              </w:rPr>
              <w:br/>
              <w:t>Dressings: assorted low-fat options</w:t>
            </w:r>
          </w:p>
        </w:tc>
      </w:tr>
      <w:tr w:rsidR="00836CDF" w14:paraId="29EE8138" w14:textId="77777777" w:rsidTr="0077409B">
        <w:trPr>
          <w:trHeight w:val="343"/>
          <w:jc w:val="center"/>
        </w:trPr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496F012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Assorted jams, peanut butter, honey,</w:t>
            </w:r>
          </w:p>
        </w:tc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D84BACB" w14:textId="77777777" w:rsidR="00836CDF" w:rsidRDefault="00836CDF">
            <w:pPr>
              <w:spacing w:after="0" w:line="228" w:lineRule="auto"/>
            </w:pPr>
          </w:p>
        </w:tc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7FEED9E" w14:textId="77777777" w:rsidR="00836CDF" w:rsidRDefault="00836CDF">
            <w:pPr>
              <w:spacing w:after="0" w:line="228" w:lineRule="auto"/>
            </w:pPr>
          </w:p>
        </w:tc>
      </w:tr>
      <w:tr w:rsidR="00836CDF" w14:paraId="04A160BD" w14:textId="77777777" w:rsidTr="0077409B">
        <w:trPr>
          <w:trHeight w:val="878"/>
          <w:jc w:val="center"/>
        </w:trPr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DE00B60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Fresh whole fruits to include apples, bananas, oranges, cut melon, berries</w:t>
            </w:r>
          </w:p>
        </w:tc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7212708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Potato gnocchi with pesto</w:t>
            </w:r>
          </w:p>
        </w:tc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DE350D9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Sapasui (Bean thread noodles (vermicelli), chicken breast, soy sauce, fresh ginger, garlic, and onion)</w:t>
            </w:r>
          </w:p>
        </w:tc>
      </w:tr>
      <w:tr w:rsidR="00836CDF" w14:paraId="564A627C" w14:textId="77777777" w:rsidTr="0077409B">
        <w:trPr>
          <w:trHeight w:val="305"/>
          <w:jc w:val="center"/>
        </w:trPr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E08E636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Eggs - Poached / Fried / Scrambled / Boiled</w:t>
            </w:r>
          </w:p>
        </w:tc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6747E41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Penne alla vodka</w:t>
            </w:r>
          </w:p>
        </w:tc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E1C7F3E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Coconut chicken curry</w:t>
            </w:r>
          </w:p>
        </w:tc>
      </w:tr>
      <w:tr w:rsidR="00836CDF" w14:paraId="2A8BD87B" w14:textId="77777777" w:rsidTr="0077409B">
        <w:trPr>
          <w:trHeight w:val="266"/>
          <w:jc w:val="center"/>
        </w:trPr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EB11DB6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Sliced Ham / Grilled Bacon / Chicken Sausage</w:t>
            </w:r>
          </w:p>
        </w:tc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BCDDA2F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Baked cod</w:t>
            </w:r>
          </w:p>
        </w:tc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3381BB5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White rice</w:t>
            </w:r>
          </w:p>
        </w:tc>
      </w:tr>
      <w:tr w:rsidR="00836CDF" w14:paraId="365A9505" w14:textId="77777777" w:rsidTr="0077409B">
        <w:trPr>
          <w:trHeight w:val="611"/>
          <w:jc w:val="center"/>
        </w:trPr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1FCA579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Cottage Cheese, Low fat Cheese &amp; Natural Greek Yoghurt</w:t>
            </w:r>
          </w:p>
        </w:tc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464F509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Italian herb crusted pork loin</w:t>
            </w:r>
          </w:p>
        </w:tc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019518F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Roasted broccoli</w:t>
            </w:r>
          </w:p>
        </w:tc>
      </w:tr>
      <w:tr w:rsidR="00836CDF" w14:paraId="72FA7928" w14:textId="77777777" w:rsidTr="0077409B">
        <w:trPr>
          <w:trHeight w:val="572"/>
          <w:jc w:val="center"/>
        </w:trPr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C13B1E3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Mushrooms , baked beans, grilled mushrooms / tomatoes, peppers</w:t>
            </w:r>
          </w:p>
        </w:tc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A9C3FD6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Baked asparagus</w:t>
            </w:r>
          </w:p>
        </w:tc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749BD93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Baked plantains</w:t>
            </w:r>
          </w:p>
        </w:tc>
      </w:tr>
      <w:tr w:rsidR="00836CDF" w14:paraId="1BFE4D30" w14:textId="77777777" w:rsidTr="0077409B">
        <w:trPr>
          <w:trHeight w:val="305"/>
          <w:jc w:val="center"/>
        </w:trPr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E06DBAF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Selection of Bagels &amp; wholemeal breads</w:t>
            </w:r>
          </w:p>
        </w:tc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8268E7C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Steamed cauliflower</w:t>
            </w:r>
          </w:p>
        </w:tc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A34F095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Fruit and yogurt bar with granola</w:t>
            </w:r>
          </w:p>
        </w:tc>
      </w:tr>
      <w:tr w:rsidR="00836CDF" w14:paraId="01115B84" w14:textId="77777777" w:rsidTr="0077409B">
        <w:trPr>
          <w:trHeight w:val="266"/>
          <w:jc w:val="center"/>
        </w:trPr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5E3E1BD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Jugs of water, tea &amp; coffee, milk</w:t>
            </w:r>
          </w:p>
        </w:tc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257C516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Fruit and yogurt bar with granola</w:t>
            </w:r>
          </w:p>
        </w:tc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C30A406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Water, tea/coffee, milk, juice</w:t>
            </w:r>
          </w:p>
        </w:tc>
      </w:tr>
      <w:tr w:rsidR="00836CDF" w14:paraId="0BF546DE" w14:textId="77777777" w:rsidTr="0077409B">
        <w:trPr>
          <w:trHeight w:val="305"/>
          <w:jc w:val="center"/>
        </w:trPr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1F0888F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Whole almonds</w:t>
            </w:r>
          </w:p>
        </w:tc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3B392DE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Water, tea/coffee, milk, juice</w:t>
            </w:r>
          </w:p>
        </w:tc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B16277A" w14:textId="77777777" w:rsidR="00836CDF" w:rsidRDefault="00836CDF">
            <w:pPr>
              <w:spacing w:after="0" w:line="228" w:lineRule="auto"/>
            </w:pPr>
          </w:p>
        </w:tc>
      </w:tr>
      <w:tr w:rsidR="00836CDF" w14:paraId="7A7D212D" w14:textId="77777777" w:rsidTr="0077409B">
        <w:trPr>
          <w:trHeight w:val="343"/>
          <w:jc w:val="center"/>
        </w:trPr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BAC7A6E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Fruit smoothie</w:t>
            </w:r>
          </w:p>
        </w:tc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2E1A841" w14:textId="77777777" w:rsidR="00836CDF" w:rsidRDefault="00836CDF">
            <w:pPr>
              <w:spacing w:after="0" w:line="228" w:lineRule="auto"/>
            </w:pPr>
          </w:p>
        </w:tc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600745F" w14:textId="77777777" w:rsidR="00836CDF" w:rsidRDefault="00836CDF">
            <w:pPr>
              <w:spacing w:after="0" w:line="228" w:lineRule="auto"/>
            </w:pPr>
          </w:p>
        </w:tc>
      </w:tr>
    </w:tbl>
    <w:p w14:paraId="2D6EA2D3" w14:textId="77777777" w:rsidR="00836CDF" w:rsidRDefault="00CB44F7">
      <w:r>
        <w:br w:type="page"/>
      </w:r>
    </w:p>
    <w:p w14:paraId="08694CA7" w14:textId="77777777" w:rsidR="00836CDF" w:rsidRDefault="00CB44F7">
      <w:pPr>
        <w:spacing w:after="60"/>
        <w:jc w:val="center"/>
      </w:pPr>
      <w:r>
        <w:rPr>
          <w:b/>
          <w:sz w:val="32"/>
        </w:rPr>
        <w:lastRenderedPageBreak/>
        <w:t>Day 5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06"/>
        <w:gridCol w:w="5306"/>
      </w:tblGrid>
      <w:tr w:rsidR="00836CDF" w14:paraId="2D47D83F" w14:textId="77777777">
        <w:trPr>
          <w:jc w:val="center"/>
        </w:trPr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AAE4788" w14:textId="77777777" w:rsidR="00836CDF" w:rsidRDefault="00CB44F7">
            <w:r>
              <w:rPr>
                <w:b/>
              </w:rPr>
              <w:t>Hotel:</w:t>
            </w:r>
          </w:p>
        </w:tc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1AFB1456" w14:textId="77777777" w:rsidR="00836CDF" w:rsidRDefault="00836CDF"/>
        </w:tc>
      </w:tr>
      <w:tr w:rsidR="00836CDF" w14:paraId="5445EA80" w14:textId="77777777">
        <w:trPr>
          <w:jc w:val="center"/>
        </w:trPr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383FBAC9" w14:textId="77777777" w:rsidR="00836CDF" w:rsidRDefault="00CB44F7">
            <w:r>
              <w:rPr>
                <w:b/>
              </w:rPr>
              <w:t>Date:</w:t>
            </w:r>
          </w:p>
        </w:tc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7FED78F2" w14:textId="77777777" w:rsidR="00836CDF" w:rsidRDefault="00836CDF"/>
        </w:tc>
      </w:tr>
    </w:tbl>
    <w:p w14:paraId="194223D1" w14:textId="77777777" w:rsidR="00836CDF" w:rsidRDefault="00836CDF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72"/>
        <w:gridCol w:w="5172"/>
        <w:gridCol w:w="5172"/>
      </w:tblGrid>
      <w:tr w:rsidR="00836CDF" w14:paraId="3D65CA2F" w14:textId="77777777" w:rsidTr="0077409B">
        <w:trPr>
          <w:trHeight w:val="782"/>
          <w:jc w:val="center"/>
        </w:trPr>
        <w:tc>
          <w:tcPr>
            <w:tcW w:w="5172" w:type="dxa"/>
            <w:shd w:val="clear" w:color="auto" w:fill="4472C4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964D14F" w14:textId="77777777" w:rsidR="00836CDF" w:rsidRDefault="00CB44F7">
            <w:pPr>
              <w:jc w:val="center"/>
            </w:pPr>
            <w:r>
              <w:rPr>
                <w:b/>
                <w:color w:val="FFFFFF"/>
                <w:sz w:val="19"/>
              </w:rPr>
              <w:t>Breakfast</w:t>
            </w:r>
          </w:p>
        </w:tc>
        <w:tc>
          <w:tcPr>
            <w:tcW w:w="5172" w:type="dxa"/>
            <w:shd w:val="clear" w:color="auto" w:fill="4472C4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BBE8902" w14:textId="77777777" w:rsidR="00836CDF" w:rsidRDefault="00CB44F7">
            <w:pPr>
              <w:jc w:val="center"/>
            </w:pPr>
            <w:r>
              <w:rPr>
                <w:b/>
                <w:color w:val="FFFFFF"/>
                <w:sz w:val="19"/>
              </w:rPr>
              <w:t>Lunch</w:t>
            </w:r>
          </w:p>
        </w:tc>
        <w:tc>
          <w:tcPr>
            <w:tcW w:w="5172" w:type="dxa"/>
            <w:shd w:val="clear" w:color="auto" w:fill="4472C4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79AEC3D" w14:textId="77777777" w:rsidR="00836CDF" w:rsidRDefault="00CB44F7">
            <w:pPr>
              <w:jc w:val="center"/>
            </w:pPr>
            <w:r>
              <w:rPr>
                <w:b/>
                <w:color w:val="FFFFFF"/>
                <w:sz w:val="19"/>
              </w:rPr>
              <w:t>Dinner</w:t>
            </w:r>
          </w:p>
        </w:tc>
      </w:tr>
      <w:tr w:rsidR="00836CDF" w14:paraId="05ECE068" w14:textId="77777777" w:rsidTr="0077409B">
        <w:trPr>
          <w:trHeight w:val="298"/>
          <w:jc w:val="center"/>
        </w:trPr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50A47BE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Porridge</w:t>
            </w:r>
          </w:p>
        </w:tc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66EEF41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Soup of the day</w:t>
            </w:r>
          </w:p>
        </w:tc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8DD8967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Soup of the day</w:t>
            </w:r>
          </w:p>
        </w:tc>
      </w:tr>
      <w:tr w:rsidR="00836CDF" w14:paraId="185982A1" w14:textId="77777777" w:rsidTr="0077409B">
        <w:trPr>
          <w:trHeight w:val="1155"/>
          <w:jc w:val="center"/>
        </w:trPr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B699ACB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Mueseli /Wetabix /Grain cereal / Granola</w:t>
            </w:r>
          </w:p>
        </w:tc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D64539C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Salad bar to include: spinach, iceberg lettuce, tomato, avocado, beetroot, red onions, peppers, mushrooms, onions, boiled eggs</w:t>
            </w:r>
            <w:r>
              <w:rPr>
                <w:sz w:val="16"/>
              </w:rPr>
              <w:br/>
              <w:t>Dressings: assorted low-fat options</w:t>
            </w:r>
          </w:p>
        </w:tc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CE856E0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Salad bar to include: spinach, iceberg lettuce, tomato, avocado, beetroot, red onions, peppers, mushrooms, onions, boiled eggs</w:t>
            </w:r>
            <w:r>
              <w:rPr>
                <w:sz w:val="16"/>
              </w:rPr>
              <w:br/>
              <w:t>Dressings: assorted low-fat options</w:t>
            </w:r>
          </w:p>
        </w:tc>
      </w:tr>
      <w:tr w:rsidR="00836CDF" w14:paraId="296B5292" w14:textId="77777777" w:rsidTr="0077409B">
        <w:trPr>
          <w:trHeight w:val="334"/>
          <w:jc w:val="center"/>
        </w:trPr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CF51741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Assorted jams, peanut butter, honey,</w:t>
            </w:r>
          </w:p>
        </w:tc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189FE5E" w14:textId="77777777" w:rsidR="00836CDF" w:rsidRDefault="00836CDF">
            <w:pPr>
              <w:spacing w:after="0" w:line="228" w:lineRule="auto"/>
            </w:pPr>
          </w:p>
        </w:tc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5F02940" w14:textId="77777777" w:rsidR="00836CDF" w:rsidRDefault="00836CDF">
            <w:pPr>
              <w:spacing w:after="0" w:line="228" w:lineRule="auto"/>
            </w:pPr>
          </w:p>
        </w:tc>
      </w:tr>
      <w:tr w:rsidR="00836CDF" w14:paraId="5F714E21" w14:textId="77777777" w:rsidTr="0077409B">
        <w:trPr>
          <w:trHeight w:val="558"/>
          <w:jc w:val="center"/>
        </w:trPr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54B681C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Fresh whole fruits to include apples, bananas, oranges, cut melon, berries</w:t>
            </w:r>
          </w:p>
        </w:tc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8E5AF13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Mexican rice</w:t>
            </w:r>
          </w:p>
        </w:tc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E7A2884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Mashed sweet potatoes</w:t>
            </w:r>
          </w:p>
        </w:tc>
      </w:tr>
      <w:tr w:rsidR="00836CDF" w14:paraId="49202064" w14:textId="77777777" w:rsidTr="0077409B">
        <w:trPr>
          <w:trHeight w:val="298"/>
          <w:jc w:val="center"/>
        </w:trPr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8CF43B3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Eggs - Poached / Fried / Scrambled / Boiled</w:t>
            </w:r>
          </w:p>
        </w:tc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264D93B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Refried beans</w:t>
            </w:r>
          </w:p>
        </w:tc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1EE96E8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Chicken pot pie</w:t>
            </w:r>
          </w:p>
        </w:tc>
      </w:tr>
      <w:tr w:rsidR="00836CDF" w14:paraId="340BB10A" w14:textId="77777777" w:rsidTr="0077409B">
        <w:trPr>
          <w:trHeight w:val="260"/>
          <w:jc w:val="center"/>
        </w:trPr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0877B8F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Sliced Ham / Grilled Bacon / Chicken Sausage</w:t>
            </w:r>
          </w:p>
        </w:tc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89C17FC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Tortillas (corn &amp; flour)</w:t>
            </w:r>
          </w:p>
        </w:tc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750DBC4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Lemon garlic cous cous</w:t>
            </w:r>
          </w:p>
        </w:tc>
      </w:tr>
      <w:tr w:rsidR="00836CDF" w14:paraId="776CC665" w14:textId="77777777" w:rsidTr="0077409B">
        <w:trPr>
          <w:trHeight w:val="596"/>
          <w:jc w:val="center"/>
        </w:trPr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F93A75F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Cottage Cheese, Low fat Cheese &amp; Natural Greek Yoghurt</w:t>
            </w:r>
          </w:p>
        </w:tc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E88C014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Steak fajitas</w:t>
            </w:r>
          </w:p>
        </w:tc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F3D8D90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Baked honey mustard salmon</w:t>
            </w:r>
          </w:p>
        </w:tc>
      </w:tr>
      <w:tr w:rsidR="00836CDF" w14:paraId="31EEB14D" w14:textId="77777777" w:rsidTr="0077409B">
        <w:trPr>
          <w:trHeight w:val="558"/>
          <w:jc w:val="center"/>
        </w:trPr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303FEEA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Mushrooms , baked beans, grilled mushrooms / tomatoes, peppers</w:t>
            </w:r>
          </w:p>
        </w:tc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B5711F9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Chicken fajitas</w:t>
            </w:r>
          </w:p>
        </w:tc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6597BCA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Crispy brussels sprouts</w:t>
            </w:r>
          </w:p>
        </w:tc>
      </w:tr>
      <w:tr w:rsidR="00836CDF" w14:paraId="365EDDCD" w14:textId="77777777" w:rsidTr="0077409B">
        <w:trPr>
          <w:trHeight w:val="260"/>
          <w:jc w:val="center"/>
        </w:trPr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D14A44D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Selection of Bagels &amp; wholemeal breads</w:t>
            </w:r>
          </w:p>
        </w:tc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BEFE2D6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Sauteed onion, green and red peppers</w:t>
            </w:r>
          </w:p>
        </w:tc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CDDDC73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Roasted honey carrots</w:t>
            </w:r>
          </w:p>
        </w:tc>
      </w:tr>
      <w:tr w:rsidR="00836CDF" w14:paraId="2FFBF02F" w14:textId="77777777" w:rsidTr="0077409B">
        <w:trPr>
          <w:trHeight w:val="298"/>
          <w:jc w:val="center"/>
        </w:trPr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06FD9E3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Jugs of water, tea &amp; coffee, milk</w:t>
            </w:r>
          </w:p>
        </w:tc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E06C032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Guacamole, salsa, cheese, sour cream</w:t>
            </w:r>
          </w:p>
        </w:tc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407F2D7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Fruit and yogurt bar with granola</w:t>
            </w:r>
          </w:p>
        </w:tc>
      </w:tr>
      <w:tr w:rsidR="00836CDF" w14:paraId="46074856" w14:textId="77777777" w:rsidTr="0077409B">
        <w:trPr>
          <w:trHeight w:val="260"/>
          <w:jc w:val="center"/>
        </w:trPr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F39F8E3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Whole almonds</w:t>
            </w:r>
          </w:p>
        </w:tc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E0E170D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Fruit and yogurt bar with granola</w:t>
            </w:r>
          </w:p>
        </w:tc>
        <w:tc>
          <w:tcPr>
            <w:tcW w:w="5172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D97077F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Water, tea/coffee, milk, juice</w:t>
            </w:r>
          </w:p>
        </w:tc>
      </w:tr>
      <w:tr w:rsidR="00836CDF" w14:paraId="2C41795D" w14:textId="77777777" w:rsidTr="0077409B">
        <w:trPr>
          <w:trHeight w:val="334"/>
          <w:jc w:val="center"/>
        </w:trPr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06EE3BC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Fruit smoothie</w:t>
            </w:r>
          </w:p>
        </w:tc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9236AA1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Water, tea/coffee, milk, juice</w:t>
            </w:r>
          </w:p>
        </w:tc>
        <w:tc>
          <w:tcPr>
            <w:tcW w:w="5172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EBE7955" w14:textId="77777777" w:rsidR="00836CDF" w:rsidRDefault="00836CDF">
            <w:pPr>
              <w:spacing w:after="0" w:line="228" w:lineRule="auto"/>
            </w:pPr>
          </w:p>
        </w:tc>
      </w:tr>
    </w:tbl>
    <w:p w14:paraId="66D9A333" w14:textId="77777777" w:rsidR="00836CDF" w:rsidRDefault="00CB44F7">
      <w:r>
        <w:br w:type="page"/>
      </w:r>
    </w:p>
    <w:p w14:paraId="4656C121" w14:textId="77777777" w:rsidR="00836CDF" w:rsidRDefault="00CB44F7">
      <w:pPr>
        <w:spacing w:after="60"/>
        <w:jc w:val="center"/>
      </w:pPr>
      <w:r>
        <w:rPr>
          <w:b/>
          <w:sz w:val="32"/>
        </w:rPr>
        <w:lastRenderedPageBreak/>
        <w:t>Day 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06"/>
        <w:gridCol w:w="5306"/>
      </w:tblGrid>
      <w:tr w:rsidR="00836CDF" w14:paraId="5DD76645" w14:textId="77777777">
        <w:trPr>
          <w:jc w:val="center"/>
        </w:trPr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93BF485" w14:textId="77777777" w:rsidR="00836CDF" w:rsidRDefault="00CB44F7">
            <w:r>
              <w:rPr>
                <w:b/>
              </w:rPr>
              <w:t>Hotel:</w:t>
            </w:r>
          </w:p>
        </w:tc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5C204A83" w14:textId="77777777" w:rsidR="00836CDF" w:rsidRDefault="00836CDF"/>
        </w:tc>
      </w:tr>
      <w:tr w:rsidR="00836CDF" w14:paraId="1B36F6AD" w14:textId="77777777">
        <w:trPr>
          <w:jc w:val="center"/>
        </w:trPr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B7B4760" w14:textId="77777777" w:rsidR="00836CDF" w:rsidRDefault="00CB44F7">
            <w:r>
              <w:rPr>
                <w:b/>
              </w:rPr>
              <w:t>Date:</w:t>
            </w:r>
          </w:p>
        </w:tc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336DED57" w14:textId="77777777" w:rsidR="00836CDF" w:rsidRDefault="00836CDF"/>
        </w:tc>
      </w:tr>
    </w:tbl>
    <w:p w14:paraId="26A21D0C" w14:textId="77777777" w:rsidR="00836CDF" w:rsidRDefault="00836CDF">
      <w:pPr>
        <w:spacing w:after="20"/>
      </w:pPr>
    </w:p>
    <w:tbl>
      <w:tblPr>
        <w:tblW w:w="15795" w:type="dxa"/>
        <w:tblLayout w:type="fixed"/>
        <w:tblLook w:val="04A0" w:firstRow="1" w:lastRow="0" w:firstColumn="1" w:lastColumn="0" w:noHBand="0" w:noVBand="1"/>
      </w:tblPr>
      <w:tblGrid>
        <w:gridCol w:w="5265"/>
        <w:gridCol w:w="5265"/>
        <w:gridCol w:w="5265"/>
      </w:tblGrid>
      <w:tr w:rsidR="00836CDF" w14:paraId="316142C0" w14:textId="77777777" w:rsidTr="0077409B">
        <w:trPr>
          <w:trHeight w:val="799"/>
        </w:trPr>
        <w:tc>
          <w:tcPr>
            <w:tcW w:w="5265" w:type="dxa"/>
            <w:shd w:val="clear" w:color="auto" w:fill="4472C4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44112CD" w14:textId="77777777" w:rsidR="00836CDF" w:rsidRDefault="00CB44F7">
            <w:pPr>
              <w:jc w:val="center"/>
            </w:pPr>
            <w:r>
              <w:rPr>
                <w:b/>
                <w:color w:val="FFFFFF"/>
                <w:sz w:val="19"/>
              </w:rPr>
              <w:t>Breakfast</w:t>
            </w:r>
          </w:p>
        </w:tc>
        <w:tc>
          <w:tcPr>
            <w:tcW w:w="5265" w:type="dxa"/>
            <w:shd w:val="clear" w:color="auto" w:fill="4472C4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F7B1A37" w14:textId="77777777" w:rsidR="00836CDF" w:rsidRDefault="00CB44F7">
            <w:pPr>
              <w:jc w:val="center"/>
            </w:pPr>
            <w:r>
              <w:rPr>
                <w:b/>
                <w:color w:val="FFFFFF"/>
                <w:sz w:val="19"/>
              </w:rPr>
              <w:t>Lunch</w:t>
            </w:r>
          </w:p>
        </w:tc>
        <w:tc>
          <w:tcPr>
            <w:tcW w:w="5265" w:type="dxa"/>
            <w:shd w:val="clear" w:color="auto" w:fill="4472C4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0A97E5A" w14:textId="77777777" w:rsidR="00836CDF" w:rsidRDefault="00CB44F7">
            <w:pPr>
              <w:jc w:val="center"/>
            </w:pPr>
            <w:r>
              <w:rPr>
                <w:b/>
                <w:color w:val="FFFFFF"/>
                <w:sz w:val="19"/>
              </w:rPr>
              <w:t>Dinner</w:t>
            </w:r>
          </w:p>
        </w:tc>
      </w:tr>
      <w:tr w:rsidR="00836CDF" w14:paraId="68711802" w14:textId="77777777" w:rsidTr="0077409B">
        <w:trPr>
          <w:trHeight w:val="284"/>
        </w:trPr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B4A838F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Porridge</w:t>
            </w:r>
          </w:p>
        </w:tc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4A5ED8C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Soup of the day</w:t>
            </w:r>
          </w:p>
        </w:tc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C970394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Soup of the day</w:t>
            </w:r>
          </w:p>
        </w:tc>
      </w:tr>
      <w:tr w:rsidR="00836CDF" w14:paraId="49949FC5" w14:textId="77777777" w:rsidTr="0077409B">
        <w:trPr>
          <w:trHeight w:val="1198"/>
        </w:trPr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5B2FD5C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Mueseli /Wetabix /Grain cereal / Granola</w:t>
            </w:r>
          </w:p>
        </w:tc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EAE9D32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Salad bar to include: spinach, iceberg lettuce, tomato, avocado, beetroot, red onions, peppers, mushrooms, onions, boiled eggs</w:t>
            </w:r>
            <w:r>
              <w:rPr>
                <w:sz w:val="16"/>
              </w:rPr>
              <w:br/>
              <w:t>Dressings: assorted low-fat options</w:t>
            </w:r>
          </w:p>
        </w:tc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BD15AC9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Salad bar to include: spinach, iceberg lettuce, tomato, avocado, beetroot, red onions, peppers, mushrooms, onions, boiled eggs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t>Dressings: assorted low-fat options</w:t>
            </w:r>
          </w:p>
        </w:tc>
      </w:tr>
      <w:tr w:rsidR="00836CDF" w14:paraId="17F5CDB3" w14:textId="77777777" w:rsidTr="0077409B">
        <w:trPr>
          <w:trHeight w:val="342"/>
        </w:trPr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5C21EBB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Assorted jams, peanut butter, honey,</w:t>
            </w:r>
          </w:p>
        </w:tc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321E7CA" w14:textId="77777777" w:rsidR="00836CDF" w:rsidRDefault="00836CDF">
            <w:pPr>
              <w:spacing w:after="0" w:line="228" w:lineRule="auto"/>
            </w:pPr>
          </w:p>
        </w:tc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6C613E4" w14:textId="77777777" w:rsidR="00836CDF" w:rsidRDefault="00836CDF">
            <w:pPr>
              <w:spacing w:after="0" w:line="228" w:lineRule="auto"/>
            </w:pPr>
          </w:p>
        </w:tc>
      </w:tr>
      <w:tr w:rsidR="00836CDF" w14:paraId="197AFEB5" w14:textId="77777777" w:rsidTr="0077409B">
        <w:trPr>
          <w:trHeight w:val="627"/>
        </w:trPr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BE10486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Fresh whole fruits to include apples, bananas, oranges, cut melon, berries</w:t>
            </w:r>
          </w:p>
        </w:tc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27760E0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Brown rice</w:t>
            </w:r>
          </w:p>
        </w:tc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8CC1CD6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Burger bar: turkey burger, beef patty</w:t>
            </w:r>
          </w:p>
        </w:tc>
      </w:tr>
      <w:tr w:rsidR="00836CDF" w14:paraId="10D833D7" w14:textId="77777777" w:rsidTr="0077409B">
        <w:trPr>
          <w:trHeight w:val="284"/>
        </w:trPr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E8A2BBD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Eggs - Poached / Fried / Scrambled / Boiled</w:t>
            </w:r>
          </w:p>
        </w:tc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5BCBE2A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Egg noodles</w:t>
            </w:r>
          </w:p>
        </w:tc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4D81632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Grilled chicken kabob</w:t>
            </w:r>
          </w:p>
        </w:tc>
      </w:tr>
      <w:tr w:rsidR="00836CDF" w14:paraId="75AD4C40" w14:textId="77777777" w:rsidTr="0077409B">
        <w:trPr>
          <w:trHeight w:val="914"/>
        </w:trPr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1497102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Sliced Ham / Grilled Bacon / Chicken Sausage</w:t>
            </w:r>
          </w:p>
        </w:tc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9813285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Miso roasted cod</w:t>
            </w:r>
          </w:p>
        </w:tc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C7BD529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Burger buns and toppings: cheese, lettuce, tomato, pickles, onions, ketchup, mustard, mayo</w:t>
            </w:r>
          </w:p>
        </w:tc>
      </w:tr>
      <w:tr w:rsidR="00836CDF" w14:paraId="2E895F3F" w14:textId="77777777" w:rsidTr="0077409B">
        <w:trPr>
          <w:trHeight w:val="627"/>
        </w:trPr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4532299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Cottage Cheese, Low fat Cheese &amp; Natural Greek Yoghurt</w:t>
            </w:r>
          </w:p>
        </w:tc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462F7E9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Thinly sliced lean beef</w:t>
            </w:r>
          </w:p>
        </w:tc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3CD858D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Corn, tomato, and arugula salad</w:t>
            </w:r>
          </w:p>
        </w:tc>
      </w:tr>
      <w:tr w:rsidR="00836CDF" w14:paraId="0A29866E" w14:textId="77777777" w:rsidTr="0077409B">
        <w:trPr>
          <w:trHeight w:val="571"/>
        </w:trPr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717B273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Mushrooms , baked beans, grilled mushrooms / tomatoes, peppers</w:t>
            </w:r>
          </w:p>
        </w:tc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325D952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Peanut sauce, General Tso sauce</w:t>
            </w:r>
          </w:p>
        </w:tc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E0ED5B7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Watermelon</w:t>
            </w:r>
          </w:p>
        </w:tc>
      </w:tr>
      <w:tr w:rsidR="00836CDF" w14:paraId="141693A8" w14:textId="77777777" w:rsidTr="0077409B">
        <w:trPr>
          <w:trHeight w:val="284"/>
        </w:trPr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616DF3B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Selection of Bagels &amp; wholemeal breads</w:t>
            </w:r>
          </w:p>
        </w:tc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67EE041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Sauteed green beans, bok choy</w:t>
            </w:r>
          </w:p>
        </w:tc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C6E0730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Roasted sweet potatoe fries</w:t>
            </w:r>
          </w:p>
        </w:tc>
      </w:tr>
      <w:tr w:rsidR="00836CDF" w14:paraId="499E1DBF" w14:textId="77777777" w:rsidTr="0077409B">
        <w:trPr>
          <w:trHeight w:val="342"/>
        </w:trPr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12B57FE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Jugs of water, tea &amp; coffee, milk</w:t>
            </w:r>
          </w:p>
        </w:tc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6DB7B73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Seaweed salad or spicy edamame</w:t>
            </w:r>
          </w:p>
        </w:tc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D1BABE4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Fruit and yogurt bar with granola</w:t>
            </w:r>
          </w:p>
        </w:tc>
      </w:tr>
      <w:tr w:rsidR="00836CDF" w14:paraId="2206C428" w14:textId="77777777" w:rsidTr="0077409B">
        <w:trPr>
          <w:trHeight w:val="284"/>
        </w:trPr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1E81302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Whole almonds</w:t>
            </w:r>
          </w:p>
        </w:tc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F2E1FC6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Fruit and yogurt bar with granola</w:t>
            </w:r>
          </w:p>
        </w:tc>
        <w:tc>
          <w:tcPr>
            <w:tcW w:w="5265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785C5EC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Water, tea/coffee, milk, juice</w:t>
            </w:r>
          </w:p>
        </w:tc>
      </w:tr>
      <w:tr w:rsidR="00836CDF" w14:paraId="3F5F90F0" w14:textId="77777777" w:rsidTr="0077409B">
        <w:trPr>
          <w:trHeight w:val="342"/>
        </w:trPr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89FE8B4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Fruit smoothie</w:t>
            </w:r>
          </w:p>
        </w:tc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9AF27BF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Water, tea/coffee, milk, juice</w:t>
            </w:r>
          </w:p>
        </w:tc>
        <w:tc>
          <w:tcPr>
            <w:tcW w:w="5265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F948282" w14:textId="77777777" w:rsidR="00836CDF" w:rsidRDefault="00836CDF">
            <w:pPr>
              <w:spacing w:after="0" w:line="228" w:lineRule="auto"/>
            </w:pPr>
          </w:p>
        </w:tc>
      </w:tr>
    </w:tbl>
    <w:p w14:paraId="50482D9D" w14:textId="77777777" w:rsidR="00836CDF" w:rsidRDefault="00CB44F7">
      <w:r>
        <w:br w:type="page"/>
      </w:r>
    </w:p>
    <w:p w14:paraId="7C0AC57C" w14:textId="77777777" w:rsidR="00836CDF" w:rsidRDefault="00CB44F7">
      <w:pPr>
        <w:spacing w:after="60"/>
        <w:jc w:val="center"/>
      </w:pPr>
      <w:r>
        <w:rPr>
          <w:b/>
          <w:sz w:val="32"/>
        </w:rPr>
        <w:lastRenderedPageBreak/>
        <w:t>Day 7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06"/>
        <w:gridCol w:w="5306"/>
      </w:tblGrid>
      <w:tr w:rsidR="00836CDF" w14:paraId="56714C46" w14:textId="77777777">
        <w:trPr>
          <w:jc w:val="center"/>
        </w:trPr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4472400" w14:textId="77777777" w:rsidR="00836CDF" w:rsidRDefault="00CB44F7">
            <w:r>
              <w:rPr>
                <w:b/>
              </w:rPr>
              <w:t>Hotel:</w:t>
            </w:r>
          </w:p>
        </w:tc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783CFAE0" w14:textId="77777777" w:rsidR="00836CDF" w:rsidRDefault="00836CDF"/>
        </w:tc>
      </w:tr>
      <w:tr w:rsidR="00836CDF" w14:paraId="1D765E6F" w14:textId="77777777">
        <w:trPr>
          <w:jc w:val="center"/>
        </w:trPr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5387FEA8" w14:textId="77777777" w:rsidR="00836CDF" w:rsidRDefault="00CB44F7">
            <w:r>
              <w:rPr>
                <w:b/>
              </w:rPr>
              <w:t>Date:</w:t>
            </w:r>
          </w:p>
        </w:tc>
        <w:tc>
          <w:tcPr>
            <w:tcW w:w="5306" w:type="dxa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3415C15" w14:textId="77777777" w:rsidR="00836CDF" w:rsidRDefault="00836CDF"/>
        </w:tc>
      </w:tr>
    </w:tbl>
    <w:p w14:paraId="611182C4" w14:textId="77777777" w:rsidR="00836CDF" w:rsidRDefault="00836CDF">
      <w:pPr>
        <w:spacing w:after="2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30"/>
        <w:gridCol w:w="5130"/>
        <w:gridCol w:w="5130"/>
      </w:tblGrid>
      <w:tr w:rsidR="00836CDF" w14:paraId="68F81960" w14:textId="77777777" w:rsidTr="0077409B">
        <w:trPr>
          <w:trHeight w:val="945"/>
        </w:trPr>
        <w:tc>
          <w:tcPr>
            <w:tcW w:w="5130" w:type="dxa"/>
            <w:shd w:val="clear" w:color="auto" w:fill="4472C4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7D28D1D" w14:textId="77777777" w:rsidR="00836CDF" w:rsidRDefault="00CB44F7">
            <w:pPr>
              <w:jc w:val="center"/>
            </w:pPr>
            <w:r>
              <w:rPr>
                <w:b/>
                <w:color w:val="FFFFFF"/>
                <w:sz w:val="19"/>
              </w:rPr>
              <w:t>Breakfast</w:t>
            </w:r>
          </w:p>
        </w:tc>
        <w:tc>
          <w:tcPr>
            <w:tcW w:w="5130" w:type="dxa"/>
            <w:shd w:val="clear" w:color="auto" w:fill="4472C4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37C91A9" w14:textId="77777777" w:rsidR="00836CDF" w:rsidRDefault="00CB44F7">
            <w:pPr>
              <w:jc w:val="center"/>
            </w:pPr>
            <w:r>
              <w:rPr>
                <w:b/>
                <w:color w:val="FFFFFF"/>
                <w:sz w:val="19"/>
              </w:rPr>
              <w:t>Lunch</w:t>
            </w:r>
          </w:p>
        </w:tc>
        <w:tc>
          <w:tcPr>
            <w:tcW w:w="5130" w:type="dxa"/>
            <w:shd w:val="clear" w:color="auto" w:fill="4472C4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CECF176" w14:textId="77777777" w:rsidR="00836CDF" w:rsidRDefault="00CB44F7">
            <w:pPr>
              <w:jc w:val="center"/>
            </w:pPr>
            <w:r>
              <w:rPr>
                <w:b/>
                <w:color w:val="FFFFFF"/>
                <w:sz w:val="19"/>
              </w:rPr>
              <w:t>Dinner</w:t>
            </w:r>
          </w:p>
        </w:tc>
      </w:tr>
      <w:tr w:rsidR="00836CDF" w14:paraId="7183138C" w14:textId="77777777" w:rsidTr="0077409B">
        <w:trPr>
          <w:trHeight w:val="336"/>
        </w:trPr>
        <w:tc>
          <w:tcPr>
            <w:tcW w:w="5130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0F26C18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Porridge</w:t>
            </w:r>
          </w:p>
        </w:tc>
        <w:tc>
          <w:tcPr>
            <w:tcW w:w="5130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F297DA1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Soup of the day</w:t>
            </w:r>
          </w:p>
        </w:tc>
        <w:tc>
          <w:tcPr>
            <w:tcW w:w="5130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5C56A12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Soup of the day</w:t>
            </w:r>
          </w:p>
        </w:tc>
      </w:tr>
      <w:tr w:rsidR="00836CDF" w14:paraId="535C893D" w14:textId="77777777" w:rsidTr="0077409B">
        <w:trPr>
          <w:trHeight w:val="405"/>
        </w:trPr>
        <w:tc>
          <w:tcPr>
            <w:tcW w:w="5130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C91C7FC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Mueseli /Wetabix /Grain cereal / Granola</w:t>
            </w:r>
          </w:p>
        </w:tc>
        <w:tc>
          <w:tcPr>
            <w:tcW w:w="5130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FB1FE91" w14:textId="77777777" w:rsidR="00836CDF" w:rsidRDefault="00836CDF">
            <w:pPr>
              <w:spacing w:after="0" w:line="228" w:lineRule="auto"/>
            </w:pPr>
          </w:p>
        </w:tc>
        <w:tc>
          <w:tcPr>
            <w:tcW w:w="5130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A7FC95B" w14:textId="77777777" w:rsidR="00836CDF" w:rsidRDefault="00836CDF">
            <w:pPr>
              <w:spacing w:after="0" w:line="228" w:lineRule="auto"/>
            </w:pPr>
          </w:p>
        </w:tc>
      </w:tr>
      <w:tr w:rsidR="00836CDF" w14:paraId="307057A2" w14:textId="77777777" w:rsidTr="0077409B">
        <w:trPr>
          <w:trHeight w:val="405"/>
        </w:trPr>
        <w:tc>
          <w:tcPr>
            <w:tcW w:w="5130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009D98E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Assorted jams, peanut butter, honey,</w:t>
            </w:r>
          </w:p>
        </w:tc>
        <w:tc>
          <w:tcPr>
            <w:tcW w:w="5130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4EBE1BF" w14:textId="77777777" w:rsidR="00836CDF" w:rsidRDefault="00836CDF">
            <w:pPr>
              <w:spacing w:after="0" w:line="228" w:lineRule="auto"/>
            </w:pPr>
          </w:p>
        </w:tc>
        <w:tc>
          <w:tcPr>
            <w:tcW w:w="5130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84028F6" w14:textId="77777777" w:rsidR="00836CDF" w:rsidRDefault="00836CDF">
            <w:pPr>
              <w:spacing w:after="0" w:line="228" w:lineRule="auto"/>
            </w:pPr>
          </w:p>
        </w:tc>
      </w:tr>
      <w:tr w:rsidR="00836CDF" w14:paraId="3F587E43" w14:textId="77777777" w:rsidTr="0077409B">
        <w:trPr>
          <w:trHeight w:val="741"/>
        </w:trPr>
        <w:tc>
          <w:tcPr>
            <w:tcW w:w="5130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0DEBBC4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Fresh whole fruits to include apples, bananas, oranges, cut melon, berries</w:t>
            </w:r>
          </w:p>
        </w:tc>
        <w:tc>
          <w:tcPr>
            <w:tcW w:w="5130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BD626D8" w14:textId="77777777" w:rsidR="00836CDF" w:rsidRDefault="00836CDF">
            <w:pPr>
              <w:spacing w:after="0" w:line="228" w:lineRule="auto"/>
            </w:pPr>
          </w:p>
        </w:tc>
        <w:tc>
          <w:tcPr>
            <w:tcW w:w="5130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19D01BD" w14:textId="77777777" w:rsidR="00836CDF" w:rsidRDefault="00836CDF">
            <w:pPr>
              <w:spacing w:after="0" w:line="228" w:lineRule="auto"/>
            </w:pPr>
          </w:p>
        </w:tc>
      </w:tr>
      <w:tr w:rsidR="00836CDF" w14:paraId="04B0DEDA" w14:textId="77777777" w:rsidTr="0077409B">
        <w:trPr>
          <w:trHeight w:val="405"/>
        </w:trPr>
        <w:tc>
          <w:tcPr>
            <w:tcW w:w="5130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0F09892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Eggs - Poached / Fried / Scrambled / Boiled</w:t>
            </w:r>
          </w:p>
        </w:tc>
        <w:tc>
          <w:tcPr>
            <w:tcW w:w="5130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919F6C6" w14:textId="77777777" w:rsidR="00836CDF" w:rsidRDefault="00836CDF">
            <w:pPr>
              <w:spacing w:after="0" w:line="228" w:lineRule="auto"/>
            </w:pPr>
          </w:p>
        </w:tc>
        <w:tc>
          <w:tcPr>
            <w:tcW w:w="5130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41CECB0" w14:textId="77777777" w:rsidR="00836CDF" w:rsidRDefault="00836CDF">
            <w:pPr>
              <w:spacing w:after="0" w:line="228" w:lineRule="auto"/>
            </w:pPr>
          </w:p>
        </w:tc>
      </w:tr>
      <w:tr w:rsidR="00836CDF" w14:paraId="7FCE983F" w14:textId="77777777" w:rsidTr="0077409B">
        <w:trPr>
          <w:trHeight w:val="405"/>
        </w:trPr>
        <w:tc>
          <w:tcPr>
            <w:tcW w:w="5130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0620C8B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Sliced Ham / Grilled Bacon / Chicken Sausage</w:t>
            </w:r>
          </w:p>
        </w:tc>
        <w:tc>
          <w:tcPr>
            <w:tcW w:w="5130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C87DE94" w14:textId="77777777" w:rsidR="00836CDF" w:rsidRDefault="00836CDF">
            <w:pPr>
              <w:spacing w:after="0" w:line="228" w:lineRule="auto"/>
            </w:pPr>
          </w:p>
        </w:tc>
        <w:tc>
          <w:tcPr>
            <w:tcW w:w="5130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372A271" w14:textId="77777777" w:rsidR="00836CDF" w:rsidRDefault="00836CDF">
            <w:pPr>
              <w:spacing w:after="0" w:line="228" w:lineRule="auto"/>
            </w:pPr>
          </w:p>
        </w:tc>
      </w:tr>
      <w:tr w:rsidR="00836CDF" w14:paraId="1CD99072" w14:textId="77777777" w:rsidTr="0077409B">
        <w:trPr>
          <w:trHeight w:val="675"/>
        </w:trPr>
        <w:tc>
          <w:tcPr>
            <w:tcW w:w="5130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3B3A8DE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Cottage Cheese, Low fat Cheese &amp; Natural Greek Yoghurt</w:t>
            </w:r>
          </w:p>
        </w:tc>
        <w:tc>
          <w:tcPr>
            <w:tcW w:w="5130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E62096B" w14:textId="77777777" w:rsidR="00836CDF" w:rsidRDefault="00836CDF">
            <w:pPr>
              <w:spacing w:after="0" w:line="228" w:lineRule="auto"/>
            </w:pPr>
          </w:p>
        </w:tc>
        <w:tc>
          <w:tcPr>
            <w:tcW w:w="5130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2100D42" w14:textId="77777777" w:rsidR="00836CDF" w:rsidRDefault="00836CDF">
            <w:pPr>
              <w:spacing w:after="0" w:line="228" w:lineRule="auto"/>
            </w:pPr>
          </w:p>
        </w:tc>
      </w:tr>
      <w:tr w:rsidR="00836CDF" w14:paraId="622C1E86" w14:textId="77777777" w:rsidTr="0077409B">
        <w:trPr>
          <w:trHeight w:val="741"/>
        </w:trPr>
        <w:tc>
          <w:tcPr>
            <w:tcW w:w="5130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187155E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Mushrooms , baked beans, grilled mushrooms / tomatoes, peppers</w:t>
            </w:r>
          </w:p>
        </w:tc>
        <w:tc>
          <w:tcPr>
            <w:tcW w:w="5130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64B9A95" w14:textId="77777777" w:rsidR="00836CDF" w:rsidRDefault="00836CDF">
            <w:pPr>
              <w:spacing w:after="0" w:line="228" w:lineRule="auto"/>
            </w:pPr>
          </w:p>
        </w:tc>
        <w:tc>
          <w:tcPr>
            <w:tcW w:w="5130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D75FB07" w14:textId="77777777" w:rsidR="00836CDF" w:rsidRDefault="00836CDF">
            <w:pPr>
              <w:spacing w:after="0" w:line="228" w:lineRule="auto"/>
            </w:pPr>
          </w:p>
        </w:tc>
      </w:tr>
      <w:tr w:rsidR="00836CDF" w14:paraId="3C1F24ED" w14:textId="77777777" w:rsidTr="0077409B">
        <w:trPr>
          <w:trHeight w:val="405"/>
        </w:trPr>
        <w:tc>
          <w:tcPr>
            <w:tcW w:w="5130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19BD292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Selection of Bagels &amp; wholemeal breads</w:t>
            </w:r>
          </w:p>
        </w:tc>
        <w:tc>
          <w:tcPr>
            <w:tcW w:w="5130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1EA0759" w14:textId="77777777" w:rsidR="00836CDF" w:rsidRDefault="00836CDF">
            <w:pPr>
              <w:spacing w:after="0" w:line="228" w:lineRule="auto"/>
            </w:pPr>
          </w:p>
        </w:tc>
        <w:tc>
          <w:tcPr>
            <w:tcW w:w="5130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A28D924" w14:textId="77777777" w:rsidR="00836CDF" w:rsidRDefault="00836CDF">
            <w:pPr>
              <w:spacing w:after="0" w:line="228" w:lineRule="auto"/>
            </w:pPr>
          </w:p>
        </w:tc>
      </w:tr>
      <w:tr w:rsidR="00836CDF" w14:paraId="12361752" w14:textId="77777777" w:rsidTr="0077409B">
        <w:trPr>
          <w:trHeight w:val="405"/>
        </w:trPr>
        <w:tc>
          <w:tcPr>
            <w:tcW w:w="5130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1D872B0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Jugs of water, tea &amp; coffee, milk</w:t>
            </w:r>
          </w:p>
        </w:tc>
        <w:tc>
          <w:tcPr>
            <w:tcW w:w="5130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7B49491" w14:textId="77777777" w:rsidR="00836CDF" w:rsidRDefault="00836CDF">
            <w:pPr>
              <w:spacing w:after="0" w:line="228" w:lineRule="auto"/>
            </w:pPr>
          </w:p>
        </w:tc>
        <w:tc>
          <w:tcPr>
            <w:tcW w:w="5130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5B45538" w14:textId="77777777" w:rsidR="00836CDF" w:rsidRDefault="00836CDF">
            <w:pPr>
              <w:spacing w:after="0" w:line="228" w:lineRule="auto"/>
            </w:pPr>
          </w:p>
        </w:tc>
      </w:tr>
      <w:tr w:rsidR="00836CDF" w14:paraId="72775752" w14:textId="77777777" w:rsidTr="0077409B">
        <w:trPr>
          <w:trHeight w:val="405"/>
        </w:trPr>
        <w:tc>
          <w:tcPr>
            <w:tcW w:w="5130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0294D53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Whole almonds</w:t>
            </w:r>
          </w:p>
        </w:tc>
        <w:tc>
          <w:tcPr>
            <w:tcW w:w="5130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B884D43" w14:textId="77777777" w:rsidR="00836CDF" w:rsidRDefault="00836CDF">
            <w:pPr>
              <w:spacing w:after="0" w:line="228" w:lineRule="auto"/>
            </w:pPr>
          </w:p>
        </w:tc>
        <w:tc>
          <w:tcPr>
            <w:tcW w:w="5130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708AA3B" w14:textId="77777777" w:rsidR="00836CDF" w:rsidRDefault="00836CDF">
            <w:pPr>
              <w:spacing w:after="0" w:line="228" w:lineRule="auto"/>
            </w:pPr>
          </w:p>
        </w:tc>
      </w:tr>
      <w:tr w:rsidR="00836CDF" w14:paraId="04E7321B" w14:textId="77777777" w:rsidTr="0077409B">
        <w:trPr>
          <w:trHeight w:val="405"/>
        </w:trPr>
        <w:tc>
          <w:tcPr>
            <w:tcW w:w="5130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75DE657" w14:textId="77777777" w:rsidR="00836CDF" w:rsidRDefault="00CB44F7">
            <w:pPr>
              <w:spacing w:after="0" w:line="228" w:lineRule="auto"/>
            </w:pPr>
            <w:r>
              <w:rPr>
                <w:sz w:val="16"/>
              </w:rPr>
              <w:t>Fruit smoothie</w:t>
            </w:r>
          </w:p>
        </w:tc>
        <w:tc>
          <w:tcPr>
            <w:tcW w:w="5130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85A73B2" w14:textId="77777777" w:rsidR="00836CDF" w:rsidRDefault="00836CDF">
            <w:pPr>
              <w:spacing w:after="0" w:line="228" w:lineRule="auto"/>
            </w:pPr>
          </w:p>
        </w:tc>
        <w:tc>
          <w:tcPr>
            <w:tcW w:w="5130" w:type="dxa"/>
            <w:shd w:val="clear" w:color="auto" w:fill="F5F7F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1153034" w14:textId="77777777" w:rsidR="00836CDF" w:rsidRDefault="00836CDF">
            <w:pPr>
              <w:spacing w:after="0" w:line="228" w:lineRule="auto"/>
            </w:pPr>
          </w:p>
        </w:tc>
      </w:tr>
    </w:tbl>
    <w:p w14:paraId="3479E8E9" w14:textId="77777777" w:rsidR="00922226" w:rsidRDefault="00922226"/>
    <w:p w14:paraId="0BA162D2" w14:textId="77777777" w:rsidR="0077409B" w:rsidRDefault="0077409B"/>
    <w:p w14:paraId="322DE87C" w14:textId="77777777" w:rsidR="0077409B" w:rsidRDefault="0077409B"/>
    <w:sectPr w:rsidR="0077409B" w:rsidSect="0077409B">
      <w:pgSz w:w="16834" w:h="11909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6821164">
    <w:abstractNumId w:val="8"/>
  </w:num>
  <w:num w:numId="2" w16cid:durableId="1225946157">
    <w:abstractNumId w:val="6"/>
  </w:num>
  <w:num w:numId="3" w16cid:durableId="1954438739">
    <w:abstractNumId w:val="5"/>
  </w:num>
  <w:num w:numId="4" w16cid:durableId="1037120312">
    <w:abstractNumId w:val="4"/>
  </w:num>
  <w:num w:numId="5" w16cid:durableId="324624065">
    <w:abstractNumId w:val="7"/>
  </w:num>
  <w:num w:numId="6" w16cid:durableId="537746377">
    <w:abstractNumId w:val="3"/>
  </w:num>
  <w:num w:numId="7" w16cid:durableId="1131434123">
    <w:abstractNumId w:val="2"/>
  </w:num>
  <w:num w:numId="8" w16cid:durableId="985235299">
    <w:abstractNumId w:val="1"/>
  </w:num>
  <w:num w:numId="9" w16cid:durableId="811795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E18B1"/>
    <w:rsid w:val="00712155"/>
    <w:rsid w:val="0077409B"/>
    <w:rsid w:val="0083457F"/>
    <w:rsid w:val="00836CDF"/>
    <w:rsid w:val="00851945"/>
    <w:rsid w:val="00922226"/>
    <w:rsid w:val="00AA1D8D"/>
    <w:rsid w:val="00B47730"/>
    <w:rsid w:val="00C3631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33ED74"/>
  <w14:defaultImageDpi w14:val="300"/>
  <w15:docId w15:val="{44B78EE1-FABA-BF48-A365-EC3287C7A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1434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Anca  Ficzi</cp:lastModifiedBy>
  <cp:revision>2</cp:revision>
  <cp:lastPrinted>2026-10-06T07:54:00Z</cp:lastPrinted>
  <dcterms:created xsi:type="dcterms:W3CDTF">2026-10-07T09:41:00Z</dcterms:created>
  <dcterms:modified xsi:type="dcterms:W3CDTF">2026-10-07T09:41:00Z</dcterms:modified>
  <cp:category/>
</cp:coreProperties>
</file>